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23" w:type="dxa"/>
        <w:tblLook w:val="04A0" w:firstRow="1" w:lastRow="0" w:firstColumn="1" w:lastColumn="0" w:noHBand="0" w:noVBand="1"/>
      </w:tblPr>
      <w:tblGrid>
        <w:gridCol w:w="2977"/>
        <w:gridCol w:w="6146"/>
      </w:tblGrid>
      <w:tr w:rsidR="002C1012" w:rsidRPr="00462919" w14:paraId="13DAFA00" w14:textId="77777777" w:rsidTr="001C5646">
        <w:tc>
          <w:tcPr>
            <w:tcW w:w="2977" w:type="dxa"/>
          </w:tcPr>
          <w:p w14:paraId="2A81BF3C" w14:textId="6DB8D2AD" w:rsidR="002C1012" w:rsidRPr="00462919" w:rsidRDefault="002C1012" w:rsidP="002C1012">
            <w:pPr>
              <w:spacing w:after="0" w:line="240" w:lineRule="auto"/>
              <w:jc w:val="center"/>
              <w:rPr>
                <w:b/>
                <w:color w:val="000000" w:themeColor="text1"/>
                <w:szCs w:val="26"/>
              </w:rPr>
            </w:pPr>
            <w:r w:rsidRPr="00462919">
              <w:rPr>
                <w:b/>
                <w:color w:val="000000" w:themeColor="text1"/>
                <w:szCs w:val="26"/>
              </w:rPr>
              <w:t>ỦY BAN NHÂN DÂN</w:t>
            </w:r>
          </w:p>
          <w:p w14:paraId="4E922AAD" w14:textId="1D57DB9E" w:rsidR="002C1012" w:rsidRPr="00462919" w:rsidRDefault="001C5646" w:rsidP="002C1012">
            <w:pPr>
              <w:spacing w:after="0" w:line="240" w:lineRule="auto"/>
              <w:jc w:val="center"/>
              <w:rPr>
                <w:b/>
                <w:color w:val="000000" w:themeColor="text1"/>
                <w:szCs w:val="26"/>
                <w:lang w:val="vi-VN"/>
              </w:rPr>
            </w:pPr>
            <w:r>
              <w:rPr>
                <w:b/>
                <w:color w:val="000000" w:themeColor="text1"/>
                <w:szCs w:val="26"/>
              </w:rPr>
              <w:t>XÃ</w:t>
            </w:r>
            <w:r w:rsidR="002C1012" w:rsidRPr="00462919">
              <w:rPr>
                <w:b/>
                <w:color w:val="000000" w:themeColor="text1"/>
                <w:szCs w:val="26"/>
              </w:rPr>
              <w:t xml:space="preserve"> </w:t>
            </w:r>
            <w:r>
              <w:rPr>
                <w:b/>
                <w:color w:val="000000" w:themeColor="text1"/>
                <w:szCs w:val="26"/>
                <w:lang w:val="vi-VN"/>
              </w:rPr>
              <w:t>KỲ LẠC</w:t>
            </w:r>
          </w:p>
          <w:p w14:paraId="587C0C6F" w14:textId="2328C275" w:rsidR="002C1012" w:rsidRPr="00462919" w:rsidRDefault="001C5646" w:rsidP="002C1012">
            <w:pPr>
              <w:spacing w:after="0" w:line="240" w:lineRule="auto"/>
              <w:jc w:val="center"/>
              <w:rPr>
                <w:b/>
                <w:color w:val="000000" w:themeColor="text1"/>
              </w:rPr>
            </w:pPr>
            <w:r>
              <w:rPr>
                <w:b/>
                <w:noProof/>
                <w:color w:val="000000" w:themeColor="text1"/>
              </w:rPr>
              <mc:AlternateContent>
                <mc:Choice Requires="wps">
                  <w:drawing>
                    <wp:anchor distT="0" distB="0" distL="114300" distR="114300" simplePos="0" relativeHeight="251662336" behindDoc="0" locked="0" layoutInCell="1" allowOverlap="1" wp14:anchorId="300A871D" wp14:editId="2F07C199">
                      <wp:simplePos x="0" y="0"/>
                      <wp:positionH relativeFrom="column">
                        <wp:posOffset>705485</wp:posOffset>
                      </wp:positionH>
                      <wp:positionV relativeFrom="paragraph">
                        <wp:posOffset>55880</wp:posOffset>
                      </wp:positionV>
                      <wp:extent cx="615950" cy="0"/>
                      <wp:effectExtent l="0" t="0" r="0" b="0"/>
                      <wp:wrapNone/>
                      <wp:docPr id="1022842403" name="Straight Connector 4"/>
                      <wp:cNvGraphicFramePr/>
                      <a:graphic xmlns:a="http://schemas.openxmlformats.org/drawingml/2006/main">
                        <a:graphicData uri="http://schemas.microsoft.com/office/word/2010/wordprocessingShape">
                          <wps:wsp>
                            <wps:cNvCnPr/>
                            <wps:spPr>
                              <a:xfrm>
                                <a:off x="0" y="0"/>
                                <a:ext cx="615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B2A880"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5.55pt,4.4pt" to="104.0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" strokecolor="black [3040]"/>
                  </w:pict>
                </mc:Fallback>
              </mc:AlternateContent>
            </w:r>
          </w:p>
          <w:p w14:paraId="29F5D325" w14:textId="07D8B080" w:rsidR="002C1012" w:rsidRPr="00462919" w:rsidRDefault="002C1012" w:rsidP="002C1012">
            <w:pPr>
              <w:spacing w:after="0" w:line="240" w:lineRule="auto"/>
              <w:jc w:val="center"/>
              <w:rPr>
                <w:color w:val="000000" w:themeColor="text1"/>
                <w:szCs w:val="28"/>
              </w:rPr>
            </w:pPr>
            <w:r w:rsidRPr="00462919">
              <w:rPr>
                <w:color w:val="000000" w:themeColor="text1"/>
                <w:szCs w:val="28"/>
              </w:rPr>
              <w:t xml:space="preserve">Số: </w:t>
            </w:r>
            <w:r w:rsidRPr="00462919">
              <w:rPr>
                <w:b/>
                <w:color w:val="000000" w:themeColor="text1"/>
                <w:szCs w:val="28"/>
              </w:rPr>
              <w:t xml:space="preserve"> </w:t>
            </w:r>
            <w:r w:rsidRPr="00462919">
              <w:rPr>
                <w:color w:val="000000" w:themeColor="text1"/>
                <w:szCs w:val="28"/>
              </w:rPr>
              <w:t xml:space="preserve">    /</w:t>
            </w:r>
            <w:r>
              <w:rPr>
                <w:color w:val="000000" w:themeColor="text1"/>
                <w:szCs w:val="28"/>
              </w:rPr>
              <w:t>TB-UBND</w:t>
            </w:r>
          </w:p>
          <w:p w14:paraId="56B1FD98" w14:textId="77777777" w:rsidR="002C1012" w:rsidRPr="005216C8" w:rsidRDefault="002C1012" w:rsidP="002C1012">
            <w:pPr>
              <w:spacing w:after="0" w:line="240" w:lineRule="auto"/>
              <w:jc w:val="center"/>
              <w:rPr>
                <w:color w:val="000000" w:themeColor="text1"/>
                <w:sz w:val="24"/>
                <w:szCs w:val="24"/>
              </w:rPr>
            </w:pPr>
          </w:p>
        </w:tc>
        <w:tc>
          <w:tcPr>
            <w:tcW w:w="6146" w:type="dxa"/>
          </w:tcPr>
          <w:p w14:paraId="055A912E" w14:textId="77777777" w:rsidR="002C1012" w:rsidRPr="00462919" w:rsidRDefault="002C1012" w:rsidP="002C1012">
            <w:pPr>
              <w:spacing w:after="0" w:line="240" w:lineRule="auto"/>
              <w:jc w:val="center"/>
              <w:rPr>
                <w:b/>
                <w:color w:val="000000" w:themeColor="text1"/>
              </w:rPr>
            </w:pPr>
            <w:r w:rsidRPr="00462919">
              <w:rPr>
                <w:b/>
                <w:color w:val="000000" w:themeColor="text1"/>
              </w:rPr>
              <w:t>CỘNG HÒA XÃ HỘI CHỦ NGHĨA VIỆT NAM</w:t>
            </w:r>
          </w:p>
          <w:p w14:paraId="7E8046D5" w14:textId="6D67D997" w:rsidR="002C1012" w:rsidRPr="00197EC4" w:rsidRDefault="002C1012" w:rsidP="002C1012">
            <w:pPr>
              <w:spacing w:after="0" w:line="240" w:lineRule="auto"/>
              <w:jc w:val="center"/>
              <w:rPr>
                <w:b/>
                <w:color w:val="000000" w:themeColor="text1"/>
                <w:sz w:val="28"/>
                <w:szCs w:val="28"/>
              </w:rPr>
            </w:pPr>
            <w:r w:rsidRPr="00197EC4">
              <w:rPr>
                <w:b/>
                <w:color w:val="000000" w:themeColor="text1"/>
                <w:sz w:val="28"/>
                <w:szCs w:val="28"/>
              </w:rPr>
              <w:t>Độc lập – Tự do – Hạnh phúc</w:t>
            </w:r>
          </w:p>
          <w:p w14:paraId="1A2A5144" w14:textId="3823C087" w:rsidR="002C1012" w:rsidRPr="00462919" w:rsidRDefault="00C24412" w:rsidP="002C1012">
            <w:pPr>
              <w:spacing w:after="0" w:line="240" w:lineRule="auto"/>
              <w:jc w:val="center"/>
              <w:rPr>
                <w:color w:val="000000" w:themeColor="text1"/>
              </w:rPr>
            </w:pPr>
            <w:r>
              <w:rPr>
                <w:noProof/>
                <w:color w:val="000000" w:themeColor="text1"/>
              </w:rPr>
              <mc:AlternateContent>
                <mc:Choice Requires="wps">
                  <w:drawing>
                    <wp:anchor distT="0" distB="0" distL="114300" distR="114300" simplePos="0" relativeHeight="251663360" behindDoc="0" locked="0" layoutInCell="1" allowOverlap="1" wp14:anchorId="4E9DC42C" wp14:editId="44F332A7">
                      <wp:simplePos x="0" y="0"/>
                      <wp:positionH relativeFrom="column">
                        <wp:posOffset>770890</wp:posOffset>
                      </wp:positionH>
                      <wp:positionV relativeFrom="paragraph">
                        <wp:posOffset>22225</wp:posOffset>
                      </wp:positionV>
                      <wp:extent cx="2228850" cy="0"/>
                      <wp:effectExtent l="0" t="0" r="0" b="0"/>
                      <wp:wrapNone/>
                      <wp:docPr id="36437723" name="Straight Connector 5"/>
                      <wp:cNvGraphicFramePr/>
                      <a:graphic xmlns:a="http://schemas.openxmlformats.org/drawingml/2006/main">
                        <a:graphicData uri="http://schemas.microsoft.com/office/word/2010/wordprocessingShape">
                          <wps:wsp>
                            <wps:cNvCnPr/>
                            <wps:spPr>
                              <a:xfrm>
                                <a:off x="0" y="0"/>
                                <a:ext cx="222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4AB4A0"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0.7pt,1.75pt" to="236.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" strokecolor="black [3040]"/>
                  </w:pict>
                </mc:Fallback>
              </mc:AlternateContent>
            </w:r>
          </w:p>
          <w:p w14:paraId="647C6927" w14:textId="44C231FB" w:rsidR="002C1012" w:rsidRPr="00B756CF" w:rsidRDefault="001C5646" w:rsidP="001C5646">
            <w:pPr>
              <w:spacing w:after="0" w:line="240" w:lineRule="auto"/>
              <w:jc w:val="center"/>
              <w:rPr>
                <w:i/>
                <w:color w:val="000000" w:themeColor="text1"/>
                <w:szCs w:val="28"/>
              </w:rPr>
            </w:pPr>
            <w:r>
              <w:rPr>
                <w:i/>
                <w:color w:val="000000" w:themeColor="text1"/>
                <w:sz w:val="28"/>
                <w:szCs w:val="28"/>
                <w:lang w:val="vi-VN"/>
              </w:rPr>
              <w:t>Kỳ Lạc</w:t>
            </w:r>
            <w:r w:rsidR="002C1012" w:rsidRPr="00197EC4">
              <w:rPr>
                <w:i/>
                <w:color w:val="000000" w:themeColor="text1"/>
                <w:sz w:val="28"/>
                <w:szCs w:val="28"/>
              </w:rPr>
              <w:t>, ngày      tháng 10 năm 2026</w:t>
            </w:r>
          </w:p>
        </w:tc>
      </w:tr>
    </w:tbl>
    <w:p w14:paraId="52B59D01" w14:textId="77777777" w:rsidR="002C1012" w:rsidRDefault="002C1012" w:rsidP="00C24412">
      <w:pPr>
        <w:spacing w:after="0"/>
        <w:jc w:val="center"/>
        <w:rPr>
          <w:b/>
        </w:rPr>
      </w:pPr>
    </w:p>
    <w:p w14:paraId="1C550263" w14:textId="77777777" w:rsidR="00FD5548" w:rsidRPr="002C1012" w:rsidRDefault="003673EA" w:rsidP="00816478">
      <w:pPr>
        <w:spacing w:after="0" w:line="240" w:lineRule="auto"/>
        <w:jc w:val="center"/>
        <w:rPr>
          <w:sz w:val="28"/>
          <w:szCs w:val="28"/>
        </w:rPr>
      </w:pPr>
      <w:r w:rsidRPr="002C1012">
        <w:rPr>
          <w:b/>
          <w:sz w:val="28"/>
          <w:szCs w:val="28"/>
        </w:rPr>
        <w:t>THÔNG BÁO</w:t>
      </w:r>
    </w:p>
    <w:p w14:paraId="04494D56" w14:textId="2BA36098" w:rsidR="00FD5548" w:rsidRPr="002C1012" w:rsidRDefault="003673EA" w:rsidP="00816478">
      <w:pPr>
        <w:spacing w:after="0" w:line="240" w:lineRule="auto"/>
        <w:jc w:val="center"/>
        <w:rPr>
          <w:b/>
          <w:sz w:val="28"/>
          <w:szCs w:val="28"/>
        </w:rPr>
      </w:pPr>
      <w:r w:rsidRPr="002C1012">
        <w:rPr>
          <w:b/>
          <w:sz w:val="28"/>
          <w:szCs w:val="28"/>
        </w:rPr>
        <w:t>Về việc nộp đơn đăng ký hỗ trợ sử dụng dịch vụ viễn thông công ích</w:t>
      </w:r>
      <w:r w:rsidRPr="002C1012">
        <w:rPr>
          <w:b/>
          <w:sz w:val="28"/>
          <w:szCs w:val="28"/>
        </w:rPr>
        <w:br/>
        <w:t xml:space="preserve">đối với hộ nghèo, hộ cận nghèo trên địa bàn </w:t>
      </w:r>
      <w:r w:rsidR="001C5646">
        <w:rPr>
          <w:b/>
          <w:sz w:val="28"/>
          <w:szCs w:val="28"/>
        </w:rPr>
        <w:t>xã</w:t>
      </w:r>
      <w:r w:rsidRPr="002C1012">
        <w:rPr>
          <w:b/>
          <w:sz w:val="28"/>
          <w:szCs w:val="28"/>
        </w:rPr>
        <w:t xml:space="preserve"> </w:t>
      </w:r>
      <w:r w:rsidR="001C5646">
        <w:rPr>
          <w:b/>
          <w:sz w:val="28"/>
          <w:szCs w:val="28"/>
        </w:rPr>
        <w:t>Kỳ Lạc</w:t>
      </w:r>
    </w:p>
    <w:p w14:paraId="0B2886A8" w14:textId="35BD6EB4" w:rsidR="002C1012" w:rsidRPr="002C1012" w:rsidRDefault="001C5646">
      <w:pPr>
        <w:jc w:val="center"/>
        <w:rPr>
          <w:sz w:val="28"/>
          <w:szCs w:val="28"/>
        </w:rPr>
      </w:pPr>
      <w:r>
        <w:rPr>
          <w:noProof/>
          <w:sz w:val="28"/>
          <w:szCs w:val="28"/>
          <w:lang w:val="vi-VN" w:eastAsia="vi-VN"/>
        </w:rPr>
        <mc:AlternateContent>
          <mc:Choice Requires="wps">
            <w:drawing>
              <wp:anchor distT="0" distB="0" distL="114300" distR="114300" simplePos="0" relativeHeight="251661312" behindDoc="0" locked="0" layoutInCell="1" allowOverlap="1" wp14:anchorId="350F653E" wp14:editId="13EE618C">
                <wp:simplePos x="0" y="0"/>
                <wp:positionH relativeFrom="column">
                  <wp:posOffset>1996440</wp:posOffset>
                </wp:positionH>
                <wp:positionV relativeFrom="paragraph">
                  <wp:posOffset>100330</wp:posOffset>
                </wp:positionV>
                <wp:extent cx="18097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809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0AEAC4"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7.2pt,7.9pt" to="299.7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" strokecolor="black [3040]"/>
            </w:pict>
          </mc:Fallback>
        </mc:AlternateContent>
      </w:r>
    </w:p>
    <w:p w14:paraId="5557BE99" w14:textId="43D4BC44" w:rsidR="00FD5548" w:rsidRPr="002C1012" w:rsidRDefault="003673EA" w:rsidP="002C1012">
      <w:pPr>
        <w:ind w:firstLine="709"/>
        <w:jc w:val="both"/>
        <w:rPr>
          <w:sz w:val="28"/>
          <w:szCs w:val="28"/>
        </w:rPr>
      </w:pPr>
      <w:r w:rsidRPr="002C1012">
        <w:rPr>
          <w:sz w:val="28"/>
          <w:szCs w:val="28"/>
        </w:rPr>
        <w:t xml:space="preserve">Thực hiện Văn bản số 10120/UBND-VX2 ngày 05/10/2026 của UBND tỉnh Hà Tĩnh về việc thực hiện Chương trình cung cấp dịch vụ viễn thông công ích đến năm 2030 và hướng dẫn của Sở Khoa học và Công nghệ về quy trình đăng ký, xác nhận đối tượng hỗ trợ, UBND </w:t>
      </w:r>
      <w:r w:rsidR="001C5646">
        <w:rPr>
          <w:sz w:val="28"/>
          <w:szCs w:val="28"/>
        </w:rPr>
        <w:t>xã</w:t>
      </w:r>
      <w:r w:rsidRPr="002C1012">
        <w:rPr>
          <w:sz w:val="28"/>
          <w:szCs w:val="28"/>
        </w:rPr>
        <w:t xml:space="preserve"> </w:t>
      </w:r>
      <w:r w:rsidR="001C5646">
        <w:rPr>
          <w:sz w:val="28"/>
          <w:szCs w:val="28"/>
        </w:rPr>
        <w:t>Kỳ Lạc</w:t>
      </w:r>
      <w:r w:rsidRPr="002C1012">
        <w:rPr>
          <w:sz w:val="28"/>
          <w:szCs w:val="28"/>
        </w:rPr>
        <w:t xml:space="preserve"> thông báo việc tiếp nhận đơn đăng ký hỗ trợ sử dụng dịch vụ viễn thông công ích đối với hộ nghèo, hộ cận nghèo trên địa bàn như sau:</w:t>
      </w:r>
    </w:p>
    <w:p w14:paraId="2237E3AD" w14:textId="77777777" w:rsidR="00FD5548" w:rsidRPr="002C1012" w:rsidRDefault="003673EA" w:rsidP="002C1012">
      <w:pPr>
        <w:ind w:firstLine="709"/>
        <w:jc w:val="both"/>
        <w:rPr>
          <w:sz w:val="28"/>
          <w:szCs w:val="28"/>
        </w:rPr>
      </w:pPr>
      <w:r w:rsidRPr="002C1012">
        <w:rPr>
          <w:b/>
          <w:sz w:val="28"/>
          <w:szCs w:val="28"/>
        </w:rPr>
        <w:t>1. Đối tượng đăng ký</w:t>
      </w:r>
    </w:p>
    <w:p w14:paraId="5526337F" w14:textId="3810A571" w:rsidR="00FD5548" w:rsidRPr="002C1012" w:rsidRDefault="003673EA" w:rsidP="002C1012">
      <w:pPr>
        <w:ind w:firstLine="709"/>
        <w:jc w:val="both"/>
        <w:rPr>
          <w:sz w:val="28"/>
          <w:szCs w:val="28"/>
        </w:rPr>
      </w:pPr>
      <w:r w:rsidRPr="002C1012">
        <w:rPr>
          <w:sz w:val="28"/>
          <w:szCs w:val="28"/>
        </w:rPr>
        <w:t xml:space="preserve">Hộ nghèo, hộ cận nghèo có nơi thường trú trên địa bàn </w:t>
      </w:r>
      <w:r w:rsidR="001C5646">
        <w:rPr>
          <w:sz w:val="28"/>
          <w:szCs w:val="28"/>
        </w:rPr>
        <w:t>xã</w:t>
      </w:r>
      <w:r w:rsidRPr="002C1012">
        <w:rPr>
          <w:sz w:val="28"/>
          <w:szCs w:val="28"/>
        </w:rPr>
        <w:t xml:space="preserve"> </w:t>
      </w:r>
      <w:r w:rsidR="001C5646">
        <w:rPr>
          <w:sz w:val="28"/>
          <w:szCs w:val="28"/>
        </w:rPr>
        <w:t>Kỳ Lạc</w:t>
      </w:r>
      <w:r w:rsidRPr="002C1012">
        <w:rPr>
          <w:sz w:val="28"/>
          <w:szCs w:val="28"/>
        </w:rPr>
        <w:t>, được cấp có thẩm quyền công nhận theo chuẩn nghèo quốc gia hiện hành, có nhu cầu sử dụng dịch vụ viễn thông phổ cập.</w:t>
      </w:r>
    </w:p>
    <w:p w14:paraId="35926C33" w14:textId="77777777" w:rsidR="00FD5548" w:rsidRPr="002C1012" w:rsidRDefault="003673EA" w:rsidP="002C1012">
      <w:pPr>
        <w:ind w:firstLine="709"/>
        <w:jc w:val="both"/>
        <w:rPr>
          <w:sz w:val="28"/>
          <w:szCs w:val="28"/>
        </w:rPr>
      </w:pPr>
      <w:r w:rsidRPr="002C1012">
        <w:rPr>
          <w:b/>
          <w:sz w:val="28"/>
          <w:szCs w:val="28"/>
        </w:rPr>
        <w:t>2. Nội dung và nguyên tắc hỗ trợ</w:t>
      </w:r>
    </w:p>
    <w:p w14:paraId="4D4DAAEE" w14:textId="70767299" w:rsidR="00FD5548" w:rsidRPr="002C1012" w:rsidRDefault="003673EA" w:rsidP="002C1012">
      <w:pPr>
        <w:ind w:firstLine="709"/>
        <w:jc w:val="both"/>
        <w:rPr>
          <w:sz w:val="28"/>
          <w:szCs w:val="28"/>
        </w:rPr>
      </w:pPr>
      <w:r w:rsidRPr="002C1012">
        <w:rPr>
          <w:sz w:val="28"/>
          <w:szCs w:val="28"/>
        </w:rPr>
        <w:t xml:space="preserve">Mỗi hộ được đăng ký hỗ trợ sử dụng một trong hai dịch vụ: dịch vụ viễn thông di động mặt đất hoặc dịch vụ truy </w:t>
      </w:r>
      <w:r w:rsidR="001C5646">
        <w:rPr>
          <w:sz w:val="28"/>
          <w:szCs w:val="28"/>
        </w:rPr>
        <w:t>c</w:t>
      </w:r>
      <w:r w:rsidRPr="002C1012">
        <w:rPr>
          <w:sz w:val="28"/>
          <w:szCs w:val="28"/>
        </w:rPr>
        <w:t>ập Internet băng rộng cố định mặt đất; chỉ nhận hỗ trợ một dịch vụ thông qua một doanh nghiệp cung cấp dịch vụ viễn thông công ích. Việc hỗ trợ được thực hiện sau khi đối tượng được cơ quan có thẩm quyền xác nhận đủ điều kiện theo quy định.</w:t>
      </w:r>
    </w:p>
    <w:p w14:paraId="37A35476" w14:textId="77777777" w:rsidR="00FD5548" w:rsidRPr="002C1012" w:rsidRDefault="003673EA" w:rsidP="002C1012">
      <w:pPr>
        <w:ind w:firstLine="709"/>
        <w:jc w:val="both"/>
        <w:rPr>
          <w:sz w:val="28"/>
          <w:szCs w:val="28"/>
        </w:rPr>
      </w:pPr>
      <w:r w:rsidRPr="002C1012">
        <w:rPr>
          <w:sz w:val="28"/>
          <w:szCs w:val="28"/>
        </w:rPr>
        <w:t>Hộ đang nhận hỗ trợ có nhu cầu chuyển đổi doanh nghiệp cung cấp dịch vụ thực hiện đăng ký chuyển đổi theo mẫu quy định, bảo đảm không nhận hỗ trợ trùng tại nhiều doanh nghiệp.</w:t>
      </w:r>
    </w:p>
    <w:p w14:paraId="0FEC1135" w14:textId="77777777" w:rsidR="00FD5548" w:rsidRPr="002C1012" w:rsidRDefault="003673EA" w:rsidP="002C1012">
      <w:pPr>
        <w:ind w:firstLine="709"/>
        <w:jc w:val="both"/>
        <w:rPr>
          <w:sz w:val="28"/>
          <w:szCs w:val="28"/>
        </w:rPr>
      </w:pPr>
      <w:r w:rsidRPr="002C1012">
        <w:rPr>
          <w:b/>
          <w:sz w:val="28"/>
          <w:szCs w:val="28"/>
        </w:rPr>
        <w:t>3. Hồ sơ đăng ký</w:t>
      </w:r>
    </w:p>
    <w:p w14:paraId="6E5CC5AA" w14:textId="77777777" w:rsidR="00FD5548" w:rsidRPr="002C1012" w:rsidRDefault="003673EA" w:rsidP="002C1012">
      <w:pPr>
        <w:ind w:firstLine="709"/>
        <w:jc w:val="both"/>
        <w:rPr>
          <w:sz w:val="28"/>
          <w:szCs w:val="28"/>
        </w:rPr>
      </w:pPr>
      <w:r w:rsidRPr="002C1012">
        <w:rPr>
          <w:sz w:val="28"/>
          <w:szCs w:val="28"/>
        </w:rPr>
        <w:t>Đối với hộ đăng ký mới: nộp bản “Đăng ký sử dụng dịch vụ viễn thông phổ cập” theo Mẫu số 03, Phụ lục IV ban hành kèm theo Thông tư số 01/2026/TT-BKHCN ngày 15/01/2026 của Bộ trưởng Bộ Khoa học và Công nghệ.</w:t>
      </w:r>
    </w:p>
    <w:p w14:paraId="7817F96C" w14:textId="77777777" w:rsidR="00FD5548" w:rsidRPr="002C1012" w:rsidRDefault="003673EA" w:rsidP="002C1012">
      <w:pPr>
        <w:ind w:firstLine="709"/>
        <w:jc w:val="both"/>
        <w:rPr>
          <w:sz w:val="28"/>
          <w:szCs w:val="28"/>
        </w:rPr>
      </w:pPr>
      <w:r w:rsidRPr="002C1012">
        <w:rPr>
          <w:sz w:val="28"/>
          <w:szCs w:val="28"/>
        </w:rPr>
        <w:t>Đối với hộ đang nhận hỗ trợ có nhu cầu chuyển đổi doanh nghiệp hoặc đề nghị ngừng hỗ trợ: nộp bản “Đề nghị chuyển đổi doanh nghiệp cung cấp dịch vụ viễn thông phổ cập/Ngừng hỗ trợ sử dụng dịch vụ viễn thông phổ cập” theo Mẫu số 01/HTSD, Phụ lục III ban hành kèm theo Thông tư số 57/2026/TT-BKHCN ngày 15/9/2026.</w:t>
      </w:r>
    </w:p>
    <w:p w14:paraId="4AC8AF60" w14:textId="4276397E" w:rsidR="00FD5548" w:rsidRPr="002C1012" w:rsidRDefault="003673EA" w:rsidP="002C1012">
      <w:pPr>
        <w:ind w:firstLine="709"/>
        <w:jc w:val="both"/>
        <w:rPr>
          <w:sz w:val="28"/>
          <w:szCs w:val="28"/>
        </w:rPr>
      </w:pPr>
      <w:r w:rsidRPr="002C1012">
        <w:rPr>
          <w:sz w:val="28"/>
          <w:szCs w:val="28"/>
        </w:rPr>
        <w:lastRenderedPageBreak/>
        <w:t xml:space="preserve">Người đăng ký ghi đầy đủ, chính xác thông tin theo mẫu, lựa chọn dịch vụ, doanh nghiệp cung cấp dịch vụ và ký, ghi rõ họ tên. Phòng Văn hóa </w:t>
      </w:r>
      <w:r w:rsidR="001C5646">
        <w:rPr>
          <w:sz w:val="28"/>
          <w:szCs w:val="28"/>
        </w:rPr>
        <w:t>-</w:t>
      </w:r>
      <w:r w:rsidRPr="002C1012">
        <w:rPr>
          <w:sz w:val="28"/>
          <w:szCs w:val="28"/>
        </w:rPr>
        <w:t xml:space="preserve"> Xã hội cung cấp mẫu và hướng dẫn người dân kê khai.</w:t>
      </w:r>
    </w:p>
    <w:p w14:paraId="0FFCDB8E" w14:textId="77777777" w:rsidR="00FD5548" w:rsidRPr="002C1012" w:rsidRDefault="003673EA" w:rsidP="002C1012">
      <w:pPr>
        <w:ind w:firstLine="709"/>
        <w:jc w:val="both"/>
        <w:rPr>
          <w:sz w:val="28"/>
          <w:szCs w:val="28"/>
        </w:rPr>
      </w:pPr>
      <w:r w:rsidRPr="002C1012">
        <w:rPr>
          <w:b/>
          <w:sz w:val="28"/>
          <w:szCs w:val="28"/>
        </w:rPr>
        <w:t>4. Thời gian, địa điểm tiếp nhận</w:t>
      </w:r>
    </w:p>
    <w:p w14:paraId="727F9CB7" w14:textId="1029308D" w:rsidR="00FD5548" w:rsidRPr="002C1012" w:rsidRDefault="003673EA" w:rsidP="002C1012">
      <w:pPr>
        <w:ind w:firstLine="709"/>
        <w:jc w:val="both"/>
        <w:rPr>
          <w:sz w:val="28"/>
          <w:szCs w:val="28"/>
        </w:rPr>
      </w:pPr>
      <w:r w:rsidRPr="002C1012">
        <w:rPr>
          <w:sz w:val="28"/>
          <w:szCs w:val="28"/>
        </w:rPr>
        <w:t>Thời gian</w:t>
      </w:r>
      <w:r w:rsidR="006C2A79">
        <w:rPr>
          <w:sz w:val="28"/>
          <w:szCs w:val="28"/>
        </w:rPr>
        <w:t xml:space="preserve"> tiếp nhận</w:t>
      </w:r>
      <w:r w:rsidRPr="002C1012">
        <w:rPr>
          <w:sz w:val="28"/>
          <w:szCs w:val="28"/>
        </w:rPr>
        <w:t xml:space="preserve">: </w:t>
      </w:r>
      <w:r w:rsidR="006C2A79">
        <w:rPr>
          <w:sz w:val="28"/>
          <w:szCs w:val="28"/>
        </w:rPr>
        <w:t>T</w:t>
      </w:r>
      <w:r w:rsidRPr="002C1012">
        <w:rPr>
          <w:sz w:val="28"/>
          <w:szCs w:val="28"/>
        </w:rPr>
        <w:t xml:space="preserve">rong giờ hành chính các ngày làm việc, </w:t>
      </w:r>
      <w:r w:rsidR="00816478">
        <w:rPr>
          <w:sz w:val="28"/>
          <w:szCs w:val="28"/>
        </w:rPr>
        <w:t>trước ngày 10 hàng tháng.</w:t>
      </w:r>
    </w:p>
    <w:p w14:paraId="24AC1949" w14:textId="7382D836" w:rsidR="00FD5548" w:rsidRDefault="003673EA" w:rsidP="002C1012">
      <w:pPr>
        <w:ind w:firstLine="709"/>
        <w:jc w:val="both"/>
        <w:rPr>
          <w:sz w:val="28"/>
          <w:szCs w:val="28"/>
        </w:rPr>
      </w:pPr>
      <w:r w:rsidRPr="002C1012">
        <w:rPr>
          <w:sz w:val="28"/>
          <w:szCs w:val="28"/>
        </w:rPr>
        <w:t>Địa điểm</w:t>
      </w:r>
      <w:r w:rsidR="00DB0F58">
        <w:rPr>
          <w:sz w:val="28"/>
          <w:szCs w:val="28"/>
        </w:rPr>
        <w:t xml:space="preserve"> tiếp nhận</w:t>
      </w:r>
      <w:r w:rsidRPr="002C1012">
        <w:rPr>
          <w:sz w:val="28"/>
          <w:szCs w:val="28"/>
        </w:rPr>
        <w:t xml:space="preserve">: UBND </w:t>
      </w:r>
      <w:r w:rsidR="001C5646">
        <w:rPr>
          <w:sz w:val="28"/>
          <w:szCs w:val="28"/>
        </w:rPr>
        <w:t>xã</w:t>
      </w:r>
      <w:r w:rsidRPr="002C1012">
        <w:rPr>
          <w:sz w:val="28"/>
          <w:szCs w:val="28"/>
        </w:rPr>
        <w:t xml:space="preserve"> </w:t>
      </w:r>
      <w:r w:rsidR="001C5646">
        <w:rPr>
          <w:sz w:val="28"/>
          <w:szCs w:val="28"/>
        </w:rPr>
        <w:t>Kỳ Lạc</w:t>
      </w:r>
      <w:r w:rsidRPr="002C1012">
        <w:rPr>
          <w:sz w:val="28"/>
          <w:szCs w:val="28"/>
        </w:rPr>
        <w:t xml:space="preserve">, qua </w:t>
      </w:r>
      <w:r w:rsidR="00197EC4">
        <w:rPr>
          <w:sz w:val="28"/>
          <w:szCs w:val="28"/>
        </w:rPr>
        <w:t xml:space="preserve">đồng chí </w:t>
      </w:r>
      <w:r w:rsidR="001C5646">
        <w:rPr>
          <w:sz w:val="28"/>
          <w:szCs w:val="28"/>
        </w:rPr>
        <w:t>Nguyễn Hoàng Yến</w:t>
      </w:r>
      <w:r w:rsidR="00197EC4">
        <w:rPr>
          <w:sz w:val="28"/>
          <w:szCs w:val="28"/>
        </w:rPr>
        <w:t>, chuyên viên p</w:t>
      </w:r>
      <w:r w:rsidRPr="002C1012">
        <w:rPr>
          <w:sz w:val="28"/>
          <w:szCs w:val="28"/>
        </w:rPr>
        <w:t xml:space="preserve">hòng Văn hóa </w:t>
      </w:r>
      <w:r w:rsidR="00816478">
        <w:rPr>
          <w:sz w:val="28"/>
          <w:szCs w:val="28"/>
        </w:rPr>
        <w:t>-</w:t>
      </w:r>
      <w:r w:rsidRPr="002C1012">
        <w:rPr>
          <w:sz w:val="28"/>
          <w:szCs w:val="28"/>
        </w:rPr>
        <w:t xml:space="preserve"> Xã hội</w:t>
      </w:r>
      <w:r w:rsidR="00197EC4">
        <w:rPr>
          <w:sz w:val="28"/>
          <w:szCs w:val="28"/>
        </w:rPr>
        <w:t xml:space="preserve"> (Số điện thoại: 0</w:t>
      </w:r>
      <w:r w:rsidR="001C5646">
        <w:rPr>
          <w:sz w:val="28"/>
          <w:szCs w:val="28"/>
        </w:rPr>
        <w:t>986</w:t>
      </w:r>
      <w:r w:rsidR="00816478">
        <w:rPr>
          <w:sz w:val="28"/>
          <w:szCs w:val="28"/>
        </w:rPr>
        <w:t>.</w:t>
      </w:r>
      <w:r w:rsidR="001C5646">
        <w:rPr>
          <w:sz w:val="28"/>
          <w:szCs w:val="28"/>
        </w:rPr>
        <w:t>232</w:t>
      </w:r>
      <w:r w:rsidR="00816478">
        <w:rPr>
          <w:sz w:val="28"/>
          <w:szCs w:val="28"/>
        </w:rPr>
        <w:t>.</w:t>
      </w:r>
      <w:r w:rsidR="001C5646">
        <w:rPr>
          <w:sz w:val="28"/>
          <w:szCs w:val="28"/>
        </w:rPr>
        <w:t>360</w:t>
      </w:r>
      <w:r w:rsidR="00197EC4">
        <w:rPr>
          <w:sz w:val="28"/>
          <w:szCs w:val="28"/>
        </w:rPr>
        <w:t>)</w:t>
      </w:r>
      <w:r w:rsidRPr="002C1012">
        <w:rPr>
          <w:sz w:val="28"/>
          <w:szCs w:val="28"/>
        </w:rPr>
        <w:t>.</w:t>
      </w:r>
      <w:r w:rsidR="009452CB">
        <w:rPr>
          <w:sz w:val="28"/>
          <w:szCs w:val="28"/>
        </w:rPr>
        <w:t xml:space="preserve"> </w:t>
      </w:r>
    </w:p>
    <w:p w14:paraId="7952C249" w14:textId="77777777" w:rsidR="009452CB" w:rsidRPr="009452CB" w:rsidRDefault="009452CB" w:rsidP="002C1012">
      <w:pPr>
        <w:ind w:firstLine="709"/>
        <w:jc w:val="both"/>
        <w:rPr>
          <w:i/>
          <w:sz w:val="28"/>
          <w:szCs w:val="28"/>
        </w:rPr>
      </w:pPr>
      <w:r>
        <w:rPr>
          <w:i/>
          <w:sz w:val="28"/>
          <w:szCs w:val="28"/>
        </w:rPr>
        <w:t>* Lưu ý: Khi đi nhớ mang theo căn cước công dân.</w:t>
      </w:r>
    </w:p>
    <w:p w14:paraId="76F45045" w14:textId="0C96BD86" w:rsidR="00FD5548" w:rsidRDefault="001C5646" w:rsidP="002C1012">
      <w:pPr>
        <w:ind w:firstLine="709"/>
        <w:jc w:val="both"/>
        <w:rPr>
          <w:sz w:val="28"/>
          <w:szCs w:val="28"/>
        </w:rPr>
      </w:pPr>
      <w:r>
        <w:rPr>
          <w:sz w:val="28"/>
          <w:szCs w:val="28"/>
        </w:rPr>
        <w:t>T</w:t>
      </w:r>
      <w:r w:rsidR="003673EA" w:rsidRPr="002C1012">
        <w:rPr>
          <w:sz w:val="28"/>
          <w:szCs w:val="28"/>
        </w:rPr>
        <w:t xml:space="preserve">rưởng </w:t>
      </w:r>
      <w:r>
        <w:rPr>
          <w:sz w:val="28"/>
          <w:szCs w:val="28"/>
        </w:rPr>
        <w:t>thôn</w:t>
      </w:r>
      <w:r w:rsidR="001A7B96">
        <w:rPr>
          <w:sz w:val="28"/>
          <w:szCs w:val="28"/>
        </w:rPr>
        <w:t xml:space="preserve">, </w:t>
      </w:r>
      <w:r>
        <w:rPr>
          <w:sz w:val="28"/>
          <w:szCs w:val="28"/>
        </w:rPr>
        <w:t>T</w:t>
      </w:r>
      <w:r w:rsidR="001A7B96">
        <w:rPr>
          <w:sz w:val="28"/>
          <w:szCs w:val="28"/>
        </w:rPr>
        <w:t xml:space="preserve">ổ </w:t>
      </w:r>
      <w:r w:rsidR="00816478">
        <w:rPr>
          <w:sz w:val="28"/>
          <w:szCs w:val="28"/>
        </w:rPr>
        <w:t>chuyển đổi</w:t>
      </w:r>
      <w:r w:rsidR="001A7B96">
        <w:rPr>
          <w:sz w:val="28"/>
          <w:szCs w:val="28"/>
        </w:rPr>
        <w:t xml:space="preserve"> số cộng đồng các </w:t>
      </w:r>
      <w:r>
        <w:rPr>
          <w:sz w:val="28"/>
          <w:szCs w:val="28"/>
        </w:rPr>
        <w:t>thôn</w:t>
      </w:r>
      <w:r w:rsidR="003673EA" w:rsidRPr="002C1012">
        <w:rPr>
          <w:sz w:val="28"/>
          <w:szCs w:val="28"/>
        </w:rPr>
        <w:t xml:space="preserve"> thông báo đến từng hộ nghèo, hộ cận nghèo trên địa bàn; hướng dẫn hộ có nhu cầu liên hệ Phòng Văn hóa </w:t>
      </w:r>
      <w:r>
        <w:rPr>
          <w:sz w:val="28"/>
          <w:szCs w:val="28"/>
        </w:rPr>
        <w:t>-</w:t>
      </w:r>
      <w:r w:rsidR="003673EA" w:rsidRPr="002C1012">
        <w:rPr>
          <w:sz w:val="28"/>
          <w:szCs w:val="28"/>
        </w:rPr>
        <w:t xml:space="preserve"> Xã hội để nhận mẫu, kê khai và nộp hồ sơ đúng thời gian.</w:t>
      </w:r>
    </w:p>
    <w:p w14:paraId="15B85AAF" w14:textId="098AA26D" w:rsidR="00FD5548" w:rsidRDefault="00197EC4" w:rsidP="002C1012">
      <w:pPr>
        <w:ind w:firstLine="709"/>
        <w:jc w:val="both"/>
        <w:rPr>
          <w:sz w:val="28"/>
          <w:szCs w:val="28"/>
        </w:rPr>
      </w:pPr>
      <w:r>
        <w:rPr>
          <w:sz w:val="28"/>
          <w:szCs w:val="28"/>
        </w:rPr>
        <w:t>Nhận được thông báo này yêu cầu các</w:t>
      </w:r>
      <w:r w:rsidR="003673EA" w:rsidRPr="002C1012">
        <w:rPr>
          <w:sz w:val="28"/>
          <w:szCs w:val="28"/>
        </w:rPr>
        <w:t xml:space="preserve"> </w:t>
      </w:r>
      <w:r w:rsidR="001C5646">
        <w:rPr>
          <w:sz w:val="28"/>
          <w:szCs w:val="28"/>
        </w:rPr>
        <w:t>thôn</w:t>
      </w:r>
      <w:r w:rsidR="003673EA" w:rsidRPr="002C1012">
        <w:rPr>
          <w:sz w:val="28"/>
          <w:szCs w:val="28"/>
        </w:rPr>
        <w:t xml:space="preserve"> </w:t>
      </w:r>
      <w:r w:rsidR="00C17479">
        <w:rPr>
          <w:sz w:val="28"/>
          <w:szCs w:val="28"/>
        </w:rPr>
        <w:t>thông báo cho</w:t>
      </w:r>
      <w:r w:rsidR="003673EA" w:rsidRPr="002C1012">
        <w:rPr>
          <w:sz w:val="28"/>
          <w:szCs w:val="28"/>
        </w:rPr>
        <w:t xml:space="preserve"> các hộ gia đình thuộc đối tượng biết, thực hiện./.</w:t>
      </w:r>
    </w:p>
    <w:p w14:paraId="6E3EE29C" w14:textId="77777777" w:rsidR="001C5646" w:rsidRDefault="001C5646" w:rsidP="002C1012">
      <w:pPr>
        <w:ind w:firstLine="709"/>
        <w:jc w:val="both"/>
      </w:pPr>
    </w:p>
    <w:tbl>
      <w:tblPr>
        <w:tblW w:w="0" w:type="auto"/>
        <w:tblLook w:val="04A0" w:firstRow="1" w:lastRow="0" w:firstColumn="1" w:lastColumn="0" w:noHBand="0" w:noVBand="1"/>
      </w:tblPr>
      <w:tblGrid>
        <w:gridCol w:w="4527"/>
        <w:gridCol w:w="4545"/>
      </w:tblGrid>
      <w:tr w:rsidR="00FD5548" w:rsidRPr="00197EC4" w14:paraId="1E552AF9" w14:textId="77777777">
        <w:tc>
          <w:tcPr>
            <w:tcW w:w="4844" w:type="dxa"/>
          </w:tcPr>
          <w:p w14:paraId="2C4A1EB6" w14:textId="77777777" w:rsidR="00816478" w:rsidRDefault="003673EA" w:rsidP="00816478">
            <w:pPr>
              <w:spacing w:after="0" w:line="240" w:lineRule="auto"/>
              <w:rPr>
                <w:sz w:val="22"/>
              </w:rPr>
            </w:pPr>
            <w:r w:rsidRPr="00197EC4">
              <w:rPr>
                <w:b/>
                <w:i/>
                <w:sz w:val="24"/>
              </w:rPr>
              <w:t>Nơi nhận:</w:t>
            </w:r>
            <w:r w:rsidRPr="00197EC4">
              <w:rPr>
                <w:b/>
                <w:i/>
                <w:sz w:val="24"/>
              </w:rPr>
              <w:br/>
            </w:r>
            <w:r w:rsidRPr="00197EC4">
              <w:rPr>
                <w:sz w:val="22"/>
              </w:rPr>
              <w:t>- Sở Khoa học và Công nghệ (b/c);</w:t>
            </w:r>
            <w:r w:rsidRPr="00197EC4">
              <w:rPr>
                <w:sz w:val="22"/>
              </w:rPr>
              <w:br/>
              <w:t xml:space="preserve">- Chủ tịch, các PCT UBND </w:t>
            </w:r>
            <w:r w:rsidR="001C5646">
              <w:rPr>
                <w:sz w:val="22"/>
              </w:rPr>
              <w:t>xã</w:t>
            </w:r>
            <w:r w:rsidRPr="00197EC4">
              <w:rPr>
                <w:sz w:val="22"/>
              </w:rPr>
              <w:t>;</w:t>
            </w:r>
            <w:r w:rsidRPr="00197EC4">
              <w:rPr>
                <w:sz w:val="22"/>
              </w:rPr>
              <w:br/>
              <w:t xml:space="preserve">- Các </w:t>
            </w:r>
            <w:r w:rsidR="001C5646">
              <w:rPr>
                <w:sz w:val="22"/>
              </w:rPr>
              <w:t>thôn</w:t>
            </w:r>
            <w:r w:rsidR="00816478">
              <w:rPr>
                <w:sz w:val="22"/>
              </w:rPr>
              <w:t>, Tổ CĐS cộng đồng</w:t>
            </w:r>
            <w:r w:rsidRPr="00197EC4">
              <w:rPr>
                <w:sz w:val="22"/>
              </w:rPr>
              <w:t>;</w:t>
            </w:r>
          </w:p>
          <w:p w14:paraId="5C7BA98A" w14:textId="33891DFA" w:rsidR="00FD5548" w:rsidRPr="00816478" w:rsidRDefault="00816478" w:rsidP="00816478">
            <w:pPr>
              <w:spacing w:after="0" w:line="240" w:lineRule="auto"/>
              <w:rPr>
                <w:sz w:val="22"/>
              </w:rPr>
            </w:pPr>
            <w:r>
              <w:rPr>
                <w:sz w:val="22"/>
              </w:rPr>
              <w:t>- Các hộ nghèo, cận nghèo trên địa bàn xã;</w:t>
            </w:r>
            <w:r w:rsidR="003673EA" w:rsidRPr="00816478">
              <w:rPr>
                <w:sz w:val="22"/>
              </w:rPr>
              <w:br/>
              <w:t>- Lưu: VT, VHXH.</w:t>
            </w:r>
          </w:p>
        </w:tc>
        <w:tc>
          <w:tcPr>
            <w:tcW w:w="4844" w:type="dxa"/>
          </w:tcPr>
          <w:p w14:paraId="0F23F54B" w14:textId="77777777" w:rsidR="00197EC4" w:rsidRDefault="003673EA" w:rsidP="00197EC4">
            <w:pPr>
              <w:spacing w:after="0" w:line="240" w:lineRule="auto"/>
              <w:jc w:val="center"/>
              <w:rPr>
                <w:b/>
                <w:sz w:val="28"/>
                <w:szCs w:val="28"/>
              </w:rPr>
            </w:pPr>
            <w:r w:rsidRPr="00197EC4">
              <w:rPr>
                <w:b/>
                <w:sz w:val="28"/>
                <w:szCs w:val="28"/>
              </w:rPr>
              <w:t>TM. ỦY BAN NHÂN DÂN</w:t>
            </w:r>
            <w:r w:rsidRPr="00197EC4">
              <w:rPr>
                <w:b/>
                <w:sz w:val="28"/>
                <w:szCs w:val="28"/>
              </w:rPr>
              <w:br/>
              <w:t>KT. CHỦ TỊCH</w:t>
            </w:r>
            <w:r w:rsidRPr="00197EC4">
              <w:rPr>
                <w:b/>
                <w:sz w:val="28"/>
                <w:szCs w:val="28"/>
              </w:rPr>
              <w:br/>
              <w:t>PHÓ CHỦ TỊCH</w:t>
            </w:r>
            <w:r w:rsidRPr="00197EC4">
              <w:rPr>
                <w:b/>
                <w:sz w:val="28"/>
                <w:szCs w:val="28"/>
              </w:rPr>
              <w:br/>
            </w:r>
            <w:r w:rsidRPr="00197EC4">
              <w:rPr>
                <w:b/>
                <w:sz w:val="28"/>
                <w:szCs w:val="28"/>
              </w:rPr>
              <w:br/>
            </w:r>
          </w:p>
          <w:p w14:paraId="7185EFC5" w14:textId="77777777" w:rsidR="00197EC4" w:rsidRPr="00197EC4" w:rsidRDefault="00197EC4" w:rsidP="00197EC4">
            <w:pPr>
              <w:spacing w:after="0" w:line="240" w:lineRule="auto"/>
              <w:jc w:val="center"/>
              <w:rPr>
                <w:b/>
                <w:sz w:val="28"/>
                <w:szCs w:val="28"/>
              </w:rPr>
            </w:pPr>
          </w:p>
          <w:p w14:paraId="3A4C5B3E" w14:textId="5DAA37F0" w:rsidR="00FD5548" w:rsidRPr="00197EC4" w:rsidRDefault="003673EA" w:rsidP="00197EC4">
            <w:pPr>
              <w:spacing w:after="0" w:line="240" w:lineRule="auto"/>
              <w:jc w:val="center"/>
              <w:rPr>
                <w:sz w:val="28"/>
                <w:szCs w:val="28"/>
              </w:rPr>
            </w:pPr>
            <w:r w:rsidRPr="00197EC4">
              <w:rPr>
                <w:b/>
                <w:sz w:val="28"/>
                <w:szCs w:val="28"/>
              </w:rPr>
              <w:br/>
            </w:r>
            <w:r w:rsidRPr="00197EC4">
              <w:rPr>
                <w:b/>
                <w:sz w:val="28"/>
                <w:szCs w:val="28"/>
              </w:rPr>
              <w:br/>
            </w:r>
            <w:r w:rsidR="001C5646">
              <w:rPr>
                <w:b/>
                <w:sz w:val="28"/>
                <w:szCs w:val="28"/>
              </w:rPr>
              <w:t>Nguyễn Sỹ Ba</w:t>
            </w:r>
          </w:p>
        </w:tc>
      </w:tr>
    </w:tbl>
    <w:p w14:paraId="445E56F1" w14:textId="77777777" w:rsidR="003673EA" w:rsidRDefault="003673EA"/>
    <w:sectPr w:rsidR="003673EA" w:rsidSect="002102DB">
      <w:headerReference w:type="default" r:id="rId8"/>
      <w:pgSz w:w="11907" w:h="16840" w:code="9"/>
      <w:pgMar w:top="1134" w:right="1134" w:bottom="1134" w:left="1701" w:header="42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E5166" w14:textId="77777777" w:rsidR="00035898" w:rsidRDefault="00035898" w:rsidP="002102DB">
      <w:pPr>
        <w:spacing w:after="0" w:line="240" w:lineRule="auto"/>
      </w:pPr>
      <w:r>
        <w:separator/>
      </w:r>
    </w:p>
  </w:endnote>
  <w:endnote w:type="continuationSeparator" w:id="0">
    <w:p w14:paraId="224DCB26" w14:textId="77777777" w:rsidR="00035898" w:rsidRDefault="00035898" w:rsidP="00210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A2B73" w14:textId="77777777" w:rsidR="00035898" w:rsidRDefault="00035898" w:rsidP="002102DB">
      <w:pPr>
        <w:spacing w:after="0" w:line="240" w:lineRule="auto"/>
      </w:pPr>
      <w:r>
        <w:separator/>
      </w:r>
    </w:p>
  </w:footnote>
  <w:footnote w:type="continuationSeparator" w:id="0">
    <w:p w14:paraId="57CD4CB6" w14:textId="77777777" w:rsidR="00035898" w:rsidRDefault="00035898" w:rsidP="00210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487697"/>
      <w:docPartObj>
        <w:docPartGallery w:val="Page Numbers (Top of Page)"/>
        <w:docPartUnique/>
      </w:docPartObj>
    </w:sdtPr>
    <w:sdtEndPr>
      <w:rPr>
        <w:noProof/>
      </w:rPr>
    </w:sdtEndPr>
    <w:sdtContent>
      <w:p w14:paraId="051FC343" w14:textId="77777777" w:rsidR="002102DB" w:rsidRDefault="002102DB">
        <w:pPr>
          <w:pStyle w:val="Header"/>
          <w:jc w:val="center"/>
        </w:pPr>
        <w:r>
          <w:fldChar w:fldCharType="begin"/>
        </w:r>
        <w:r>
          <w:instrText xml:space="preserve"> PAGE   \* MERGEFORMAT </w:instrText>
        </w:r>
        <w:r>
          <w:fldChar w:fldCharType="separate"/>
        </w:r>
        <w:r w:rsidR="00A1307B">
          <w:rPr>
            <w:noProof/>
          </w:rPr>
          <w:t>2</w:t>
        </w:r>
        <w:r>
          <w:rPr>
            <w:noProof/>
          </w:rPr>
          <w:fldChar w:fldCharType="end"/>
        </w:r>
      </w:p>
    </w:sdtContent>
  </w:sdt>
  <w:p w14:paraId="2E9296EB" w14:textId="77777777" w:rsidR="002102DB" w:rsidRDefault="002102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A4C5ACC"/>
    <w:multiLevelType w:val="hybridMultilevel"/>
    <w:tmpl w:val="74289F5C"/>
    <w:lvl w:ilvl="0" w:tplc="3F7868BC">
      <w:start w:val="4"/>
      <w:numFmt w:val="bullet"/>
      <w:lvlText w:val="-"/>
      <w:lvlJc w:val="left"/>
      <w:pPr>
        <w:ind w:left="720" w:hanging="360"/>
      </w:pPr>
      <w:rPr>
        <w:rFonts w:ascii="Times New Roman" w:eastAsiaTheme="minorEastAsia"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2044865818">
    <w:abstractNumId w:val="8"/>
  </w:num>
  <w:num w:numId="2" w16cid:durableId="1908414215">
    <w:abstractNumId w:val="6"/>
  </w:num>
  <w:num w:numId="3" w16cid:durableId="1350523940">
    <w:abstractNumId w:val="5"/>
  </w:num>
  <w:num w:numId="4" w16cid:durableId="2103257404">
    <w:abstractNumId w:val="4"/>
  </w:num>
  <w:num w:numId="5" w16cid:durableId="1114714575">
    <w:abstractNumId w:val="7"/>
  </w:num>
  <w:num w:numId="6" w16cid:durableId="150216265">
    <w:abstractNumId w:val="3"/>
  </w:num>
  <w:num w:numId="7" w16cid:durableId="157116257">
    <w:abstractNumId w:val="2"/>
  </w:num>
  <w:num w:numId="8" w16cid:durableId="1975794097">
    <w:abstractNumId w:val="1"/>
  </w:num>
  <w:num w:numId="9" w16cid:durableId="168495259">
    <w:abstractNumId w:val="0"/>
  </w:num>
  <w:num w:numId="10" w16cid:durableId="1237431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898"/>
    <w:rsid w:val="0006063C"/>
    <w:rsid w:val="000A00B4"/>
    <w:rsid w:val="000C2832"/>
    <w:rsid w:val="000C6369"/>
    <w:rsid w:val="0015074B"/>
    <w:rsid w:val="00197EC4"/>
    <w:rsid w:val="001A7B96"/>
    <w:rsid w:val="001C5646"/>
    <w:rsid w:val="002102DB"/>
    <w:rsid w:val="00230E8F"/>
    <w:rsid w:val="0029639D"/>
    <w:rsid w:val="002C1012"/>
    <w:rsid w:val="00326F90"/>
    <w:rsid w:val="003673EA"/>
    <w:rsid w:val="006A23B9"/>
    <w:rsid w:val="006C2A79"/>
    <w:rsid w:val="00816478"/>
    <w:rsid w:val="008D7918"/>
    <w:rsid w:val="009452CB"/>
    <w:rsid w:val="00A1307B"/>
    <w:rsid w:val="00AA1D8D"/>
    <w:rsid w:val="00B47730"/>
    <w:rsid w:val="00C17479"/>
    <w:rsid w:val="00C24412"/>
    <w:rsid w:val="00C859DA"/>
    <w:rsid w:val="00CA7E9E"/>
    <w:rsid w:val="00CB0664"/>
    <w:rsid w:val="00D36178"/>
    <w:rsid w:val="00D955A9"/>
    <w:rsid w:val="00DB0F58"/>
    <w:rsid w:val="00E07D07"/>
    <w:rsid w:val="00F34DF1"/>
    <w:rsid w:val="00F47455"/>
    <w:rsid w:val="00FC693F"/>
    <w:rsid w:val="00FD55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1A1EA8"/>
  <w14:defaultImageDpi w14:val="300"/>
  <w15:docId w15:val="{D9605305-AC03-4246-963F-00DC92066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3C7FC-A514-4076-8F0D-5E6090C6B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HP</cp:lastModifiedBy>
  <cp:revision>6</cp:revision>
  <cp:lastPrinted>2026-10-07T01:44:00Z</cp:lastPrinted>
  <dcterms:created xsi:type="dcterms:W3CDTF">2026-10-07T03:35:00Z</dcterms:created>
  <dcterms:modified xsi:type="dcterms:W3CDTF">2026-10-07T03:51:00Z</dcterms:modified>
</cp:coreProperties>
</file>