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6237"/>
      </w:tblGrid>
      <w:tr w:rsidR="001D70C0" w:rsidRPr="00F53EEB" w14:paraId="6B0DA5EF" w14:textId="77777777" w:rsidTr="00F74F78">
        <w:tc>
          <w:tcPr>
            <w:tcW w:w="3510" w:type="dxa"/>
          </w:tcPr>
          <w:p w14:paraId="3FE21982" w14:textId="77777777" w:rsidR="001D70C0" w:rsidRPr="00F53EEB" w:rsidRDefault="001D70C0" w:rsidP="00E632C3">
            <w:pPr>
              <w:spacing w:line="276" w:lineRule="auto"/>
              <w:jc w:val="center"/>
              <w:rPr>
                <w:b/>
                <w:szCs w:val="26"/>
              </w:rPr>
            </w:pPr>
            <w:r w:rsidRPr="00F53EEB">
              <w:rPr>
                <w:b/>
                <w:szCs w:val="26"/>
              </w:rPr>
              <w:t>ỦY BAN NHÂN DÂN</w:t>
            </w:r>
          </w:p>
          <w:p w14:paraId="5FF9675E" w14:textId="77777777" w:rsidR="001D70C0" w:rsidRPr="00F53EEB" w:rsidRDefault="001D70C0" w:rsidP="00E632C3">
            <w:pPr>
              <w:spacing w:line="276" w:lineRule="auto"/>
              <w:jc w:val="center"/>
              <w:rPr>
                <w:b/>
                <w:szCs w:val="26"/>
              </w:rPr>
            </w:pPr>
            <w:r w:rsidRPr="00F53EEB">
              <w:rPr>
                <w:b/>
                <w:szCs w:val="26"/>
              </w:rPr>
              <w:t>XÃ KỲ LẠC</w:t>
            </w:r>
          </w:p>
          <w:p w14:paraId="7DFF6480" w14:textId="77777777" w:rsidR="001D70C0" w:rsidRPr="00F53EEB" w:rsidRDefault="001D70C0" w:rsidP="00E632C3">
            <w:pPr>
              <w:spacing w:line="276" w:lineRule="auto"/>
              <w:jc w:val="center"/>
              <w:rPr>
                <w:szCs w:val="26"/>
              </w:rPr>
            </w:pPr>
            <w:r w:rsidRPr="00F53EEB">
              <w:rPr>
                <w:bCs/>
                <w:noProof/>
                <w:sz w:val="24"/>
                <w:szCs w:val="24"/>
              </w:rPr>
              <mc:AlternateContent>
                <mc:Choice Requires="wps">
                  <w:drawing>
                    <wp:anchor distT="0" distB="0" distL="114300" distR="114300" simplePos="0" relativeHeight="251648512" behindDoc="0" locked="0" layoutInCell="1" allowOverlap="1" wp14:anchorId="59CBD155" wp14:editId="7B2A946C">
                      <wp:simplePos x="0" y="0"/>
                      <wp:positionH relativeFrom="column">
                        <wp:posOffset>619760</wp:posOffset>
                      </wp:positionH>
                      <wp:positionV relativeFrom="paragraph">
                        <wp:posOffset>28141</wp:posOffset>
                      </wp:positionV>
                      <wp:extent cx="637674"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37674"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7297EE3" id="Straight Connector 1"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8.8pt,2.2pt" to="9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" strokecolor="black [3040]" strokeweight=".25pt"/>
                  </w:pict>
                </mc:Fallback>
              </mc:AlternateContent>
            </w:r>
          </w:p>
          <w:p w14:paraId="49BF7D28" w14:textId="77AA504D" w:rsidR="001D70C0" w:rsidRPr="00F53EEB" w:rsidRDefault="001D70C0" w:rsidP="00E632C3">
            <w:pPr>
              <w:spacing w:line="276" w:lineRule="auto"/>
              <w:jc w:val="center"/>
              <w:rPr>
                <w:szCs w:val="26"/>
              </w:rPr>
            </w:pPr>
            <w:r w:rsidRPr="00F53EEB">
              <w:rPr>
                <w:szCs w:val="26"/>
              </w:rPr>
              <w:t>Số:</w:t>
            </w:r>
            <w:r w:rsidR="001E6C6E">
              <w:rPr>
                <w:szCs w:val="26"/>
              </w:rPr>
              <w:t xml:space="preserve">  </w:t>
            </w:r>
            <w:r w:rsidR="008B00DD">
              <w:rPr>
                <w:szCs w:val="26"/>
              </w:rPr>
              <w:t xml:space="preserve">  </w:t>
            </w:r>
            <w:r w:rsidR="001E6C6E">
              <w:rPr>
                <w:szCs w:val="26"/>
              </w:rPr>
              <w:t xml:space="preserve"> </w:t>
            </w:r>
            <w:r w:rsidR="00CA5216">
              <w:rPr>
                <w:szCs w:val="26"/>
                <w:lang w:val="vi-VN"/>
              </w:rPr>
              <w:t xml:space="preserve"> </w:t>
            </w:r>
            <w:r w:rsidRPr="00F53EEB">
              <w:rPr>
                <w:szCs w:val="26"/>
              </w:rPr>
              <w:t>/TB-UBND</w:t>
            </w:r>
          </w:p>
        </w:tc>
        <w:tc>
          <w:tcPr>
            <w:tcW w:w="6237" w:type="dxa"/>
          </w:tcPr>
          <w:p w14:paraId="52314EB5" w14:textId="77777777" w:rsidR="001D70C0" w:rsidRPr="00F53EEB" w:rsidRDefault="001D70C0" w:rsidP="00E632C3">
            <w:pPr>
              <w:spacing w:line="276" w:lineRule="auto"/>
              <w:jc w:val="center"/>
              <w:rPr>
                <w:b/>
                <w:szCs w:val="26"/>
              </w:rPr>
            </w:pPr>
            <w:r w:rsidRPr="00F53EEB">
              <w:rPr>
                <w:b/>
                <w:szCs w:val="26"/>
              </w:rPr>
              <w:t>CỘNG HÒA XÃ HỘI CHỦ NGHĨA VIỆT NAM</w:t>
            </w:r>
          </w:p>
          <w:p w14:paraId="48A5542A" w14:textId="77777777" w:rsidR="001D70C0" w:rsidRPr="00F53EEB" w:rsidRDefault="001D70C0" w:rsidP="00E632C3">
            <w:pPr>
              <w:spacing w:line="276" w:lineRule="auto"/>
              <w:jc w:val="center"/>
              <w:rPr>
                <w:b/>
                <w:sz w:val="28"/>
                <w:szCs w:val="28"/>
              </w:rPr>
            </w:pPr>
            <w:r w:rsidRPr="00F53EEB">
              <w:rPr>
                <w:b/>
                <w:noProof/>
                <w:sz w:val="28"/>
                <w:szCs w:val="28"/>
              </w:rPr>
              <mc:AlternateContent>
                <mc:Choice Requires="wps">
                  <w:drawing>
                    <wp:anchor distT="0" distB="0" distL="114300" distR="114300" simplePos="0" relativeHeight="251656704" behindDoc="0" locked="0" layoutInCell="1" allowOverlap="1" wp14:anchorId="2B8CFEAD" wp14:editId="5B130E09">
                      <wp:simplePos x="0" y="0"/>
                      <wp:positionH relativeFrom="column">
                        <wp:posOffset>856615</wp:posOffset>
                      </wp:positionH>
                      <wp:positionV relativeFrom="paragraph">
                        <wp:posOffset>213995</wp:posOffset>
                      </wp:positionV>
                      <wp:extent cx="21145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1455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46FE157" id="Straight Connector 2"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45pt,16.85pt" to="233.9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" strokecolor="black [3040]" strokeweight=".25pt"/>
                  </w:pict>
                </mc:Fallback>
              </mc:AlternateContent>
            </w:r>
            <w:r w:rsidRPr="00F53EEB">
              <w:rPr>
                <w:b/>
                <w:sz w:val="28"/>
                <w:szCs w:val="28"/>
              </w:rPr>
              <w:t>Độc lập - Tự do - Hạnh phúc</w:t>
            </w:r>
          </w:p>
          <w:p w14:paraId="099AA401" w14:textId="77777777" w:rsidR="001D70C0" w:rsidRPr="00F53EEB" w:rsidRDefault="001D70C0" w:rsidP="00E632C3">
            <w:pPr>
              <w:tabs>
                <w:tab w:val="left" w:pos="555"/>
                <w:tab w:val="center" w:pos="3010"/>
              </w:tabs>
              <w:spacing w:line="276" w:lineRule="auto"/>
              <w:rPr>
                <w:i/>
                <w:sz w:val="18"/>
              </w:rPr>
            </w:pPr>
            <w:r w:rsidRPr="00F53EEB">
              <w:rPr>
                <w:i/>
              </w:rPr>
              <w:tab/>
            </w:r>
            <w:r w:rsidRPr="00F53EEB">
              <w:rPr>
                <w:i/>
              </w:rPr>
              <w:tab/>
            </w:r>
          </w:p>
          <w:p w14:paraId="0C927E8D" w14:textId="64258FCB" w:rsidR="001D70C0" w:rsidRPr="00F53EEB" w:rsidRDefault="001E6C6E" w:rsidP="00E632C3">
            <w:pPr>
              <w:tabs>
                <w:tab w:val="left" w:pos="555"/>
                <w:tab w:val="center" w:pos="3010"/>
              </w:tabs>
              <w:spacing w:line="276" w:lineRule="auto"/>
              <w:jc w:val="center"/>
              <w:rPr>
                <w:i/>
                <w:sz w:val="28"/>
                <w:szCs w:val="28"/>
              </w:rPr>
            </w:pPr>
            <w:r>
              <w:rPr>
                <w:i/>
                <w:sz w:val="28"/>
                <w:szCs w:val="28"/>
              </w:rPr>
              <w:t xml:space="preserve"> </w:t>
            </w:r>
            <w:r w:rsidR="001D70C0" w:rsidRPr="00F53EEB">
              <w:rPr>
                <w:i/>
                <w:sz w:val="28"/>
                <w:szCs w:val="28"/>
              </w:rPr>
              <w:t>Kỳ Lạc, ngày</w:t>
            </w:r>
            <w:r>
              <w:rPr>
                <w:i/>
                <w:sz w:val="28"/>
                <w:szCs w:val="28"/>
              </w:rPr>
              <w:t xml:space="preserve">   </w:t>
            </w:r>
            <w:r w:rsidR="001D70C0" w:rsidRPr="00F53EEB">
              <w:rPr>
                <w:i/>
                <w:sz w:val="28"/>
                <w:szCs w:val="28"/>
              </w:rPr>
              <w:t xml:space="preserve"> tháng </w:t>
            </w:r>
            <w:r w:rsidR="008B00DD">
              <w:rPr>
                <w:i/>
                <w:sz w:val="28"/>
                <w:szCs w:val="28"/>
              </w:rPr>
              <w:t>10</w:t>
            </w:r>
            <w:r w:rsidR="001D70C0" w:rsidRPr="00F53EEB">
              <w:rPr>
                <w:i/>
                <w:sz w:val="28"/>
                <w:szCs w:val="28"/>
              </w:rPr>
              <w:t xml:space="preserve"> năm 2026</w:t>
            </w:r>
          </w:p>
        </w:tc>
      </w:tr>
    </w:tbl>
    <w:p w14:paraId="380F63B3" w14:textId="77777777" w:rsidR="008F7730" w:rsidRPr="00F53EEB" w:rsidRDefault="008F7730" w:rsidP="00E632C3">
      <w:pPr>
        <w:spacing w:after="0"/>
        <w:jc w:val="center"/>
        <w:rPr>
          <w:b/>
          <w:sz w:val="28"/>
        </w:rPr>
      </w:pPr>
    </w:p>
    <w:p w14:paraId="3029319F" w14:textId="77777777" w:rsidR="00CF2BAC" w:rsidRPr="00CF2BAC" w:rsidRDefault="00CF2BAC" w:rsidP="00E632C3">
      <w:pPr>
        <w:spacing w:after="0"/>
        <w:jc w:val="center"/>
        <w:rPr>
          <w:b/>
          <w:bCs/>
          <w:sz w:val="28"/>
        </w:rPr>
      </w:pPr>
      <w:r w:rsidRPr="00CF2BAC">
        <w:rPr>
          <w:b/>
          <w:bCs/>
          <w:sz w:val="28"/>
        </w:rPr>
        <w:t>THÔNG BÁO</w:t>
      </w:r>
    </w:p>
    <w:p w14:paraId="3761804C" w14:textId="76B79E02" w:rsidR="00CF2BAC" w:rsidRDefault="003A742B" w:rsidP="00E632C3">
      <w:pPr>
        <w:spacing w:after="0"/>
        <w:jc w:val="center"/>
        <w:rPr>
          <w:b/>
          <w:bCs/>
          <w:sz w:val="28"/>
        </w:rPr>
      </w:pPr>
      <w:r>
        <w:rPr>
          <w:b/>
          <w:noProof/>
          <w:sz w:val="28"/>
        </w:rPr>
        <mc:AlternateContent>
          <mc:Choice Requires="wps">
            <w:drawing>
              <wp:anchor distT="0" distB="0" distL="114300" distR="114300" simplePos="0" relativeHeight="251659264" behindDoc="0" locked="0" layoutInCell="1" allowOverlap="1" wp14:anchorId="4F0815BC" wp14:editId="7D6087BE">
                <wp:simplePos x="0" y="0"/>
                <wp:positionH relativeFrom="column">
                  <wp:posOffset>2210518</wp:posOffset>
                </wp:positionH>
                <wp:positionV relativeFrom="paragraph">
                  <wp:posOffset>461645</wp:posOffset>
                </wp:positionV>
                <wp:extent cx="1557130" cy="0"/>
                <wp:effectExtent l="0" t="0" r="0" b="0"/>
                <wp:wrapNone/>
                <wp:docPr id="1065341226" name="Straight Connector 5"/>
                <wp:cNvGraphicFramePr/>
                <a:graphic xmlns:a="http://schemas.openxmlformats.org/drawingml/2006/main">
                  <a:graphicData uri="http://schemas.microsoft.com/office/word/2010/wordprocessingShape">
                    <wps:wsp>
                      <wps:cNvCnPr/>
                      <wps:spPr>
                        <a:xfrm flipV="1">
                          <a:off x="0" y="0"/>
                          <a:ext cx="15571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17D796" id="Straight Connector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05pt,36.35pt" to="296.65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" strokecolor="black [3040]"/>
            </w:pict>
          </mc:Fallback>
        </mc:AlternateContent>
      </w:r>
      <w:r w:rsidR="00CF2BAC" w:rsidRPr="00CF2BAC">
        <w:rPr>
          <w:b/>
          <w:bCs/>
          <w:sz w:val="28"/>
        </w:rPr>
        <w:t xml:space="preserve">Kết luận của Chủ tịch UBND xã tại Hội nghị triển khai nhiệm vụ xây dựng </w:t>
      </w:r>
      <w:r w:rsidR="003E6A18">
        <w:rPr>
          <w:b/>
          <w:bCs/>
          <w:sz w:val="28"/>
        </w:rPr>
        <w:t>n</w:t>
      </w:r>
      <w:r w:rsidR="00712640">
        <w:rPr>
          <w:b/>
          <w:bCs/>
          <w:sz w:val="28"/>
        </w:rPr>
        <w:t>ông thôn mới</w:t>
      </w:r>
      <w:r w:rsidR="00373804">
        <w:rPr>
          <w:b/>
          <w:bCs/>
          <w:sz w:val="28"/>
        </w:rPr>
        <w:t xml:space="preserve"> </w:t>
      </w:r>
      <w:r w:rsidR="00C862E9">
        <w:rPr>
          <w:b/>
          <w:bCs/>
          <w:sz w:val="28"/>
        </w:rPr>
        <w:t xml:space="preserve">những tháng cuối </w:t>
      </w:r>
      <w:r w:rsidR="00373804">
        <w:rPr>
          <w:b/>
          <w:bCs/>
          <w:sz w:val="28"/>
        </w:rPr>
        <w:t>năm 2026</w:t>
      </w:r>
    </w:p>
    <w:p w14:paraId="02C02B80" w14:textId="7EAABA3C" w:rsidR="00CF2BAC" w:rsidRPr="00CF2BAC" w:rsidRDefault="00CF2BAC" w:rsidP="00E632C3">
      <w:pPr>
        <w:spacing w:after="0"/>
        <w:jc w:val="center"/>
        <w:rPr>
          <w:b/>
          <w:sz w:val="28"/>
        </w:rPr>
      </w:pPr>
    </w:p>
    <w:p w14:paraId="3283ADCA" w14:textId="74FCFCF6" w:rsidR="00CF2BAC" w:rsidRPr="00CF2BAC" w:rsidRDefault="00CF2BAC" w:rsidP="00E632C3">
      <w:pPr>
        <w:spacing w:after="0"/>
        <w:ind w:firstLine="720"/>
        <w:jc w:val="both"/>
        <w:rPr>
          <w:bCs/>
          <w:sz w:val="28"/>
        </w:rPr>
      </w:pPr>
      <w:r w:rsidRPr="00CF2BAC">
        <w:rPr>
          <w:bCs/>
          <w:sz w:val="28"/>
        </w:rPr>
        <w:t xml:space="preserve">Ngày </w:t>
      </w:r>
      <w:r w:rsidR="006606B1">
        <w:rPr>
          <w:bCs/>
          <w:sz w:val="28"/>
        </w:rPr>
        <w:t xml:space="preserve">05 </w:t>
      </w:r>
      <w:r w:rsidRPr="00CF2BAC">
        <w:rPr>
          <w:bCs/>
          <w:sz w:val="28"/>
        </w:rPr>
        <w:t xml:space="preserve">tháng 10 năm 2026, UBND xã Kỳ Lạc tổ chức Hội nghị triển khai nhiệm vụ xây dựng nông thôn mới trên địa bàn xã. Đồng chí Chủ tịch UBND xã chủ trì Hội nghị. Tham dự Hội nghị có các đồng chí Thường trực Đảng ủy, Thường trực HĐND, lãnh đạo UBND, Ban Thường trực Ủy ban MTTQ xã; các thành viên Ban Chỉ đạo xây dựng </w:t>
      </w:r>
      <w:r w:rsidR="0082125F">
        <w:rPr>
          <w:bCs/>
          <w:sz w:val="28"/>
        </w:rPr>
        <w:t>c</w:t>
      </w:r>
      <w:r w:rsidR="00182D25">
        <w:rPr>
          <w:bCs/>
          <w:sz w:val="28"/>
        </w:rPr>
        <w:t>ác chương trình m</w:t>
      </w:r>
      <w:r w:rsidR="004C3941">
        <w:rPr>
          <w:bCs/>
          <w:sz w:val="28"/>
        </w:rPr>
        <w:t>ụ</w:t>
      </w:r>
      <w:r w:rsidR="00182D25">
        <w:rPr>
          <w:bCs/>
          <w:sz w:val="28"/>
        </w:rPr>
        <w:t xml:space="preserve">c tiêu </w:t>
      </w:r>
      <w:r w:rsidR="00182D25" w:rsidRPr="00D56DBD">
        <w:rPr>
          <w:bCs/>
          <w:sz w:val="28"/>
        </w:rPr>
        <w:t>quốc gia</w:t>
      </w:r>
      <w:r w:rsidR="0082125F" w:rsidRPr="00D56DBD">
        <w:rPr>
          <w:bCs/>
          <w:sz w:val="28"/>
        </w:rPr>
        <w:t xml:space="preserve">, </w:t>
      </w:r>
      <w:r w:rsidR="00D56DBD" w:rsidRPr="00D56DBD">
        <w:rPr>
          <w:bCs/>
          <w:sz w:val="28"/>
        </w:rPr>
        <w:t xml:space="preserve">bí thư chi bộ, </w:t>
      </w:r>
      <w:r w:rsidRPr="00D56DBD">
        <w:rPr>
          <w:bCs/>
          <w:sz w:val="28"/>
        </w:rPr>
        <w:t>trư</w:t>
      </w:r>
      <w:r w:rsidRPr="00CF2BAC">
        <w:rPr>
          <w:bCs/>
          <w:sz w:val="28"/>
        </w:rPr>
        <w:t xml:space="preserve">ởng </w:t>
      </w:r>
      <w:r w:rsidR="00D56DBD">
        <w:rPr>
          <w:bCs/>
          <w:sz w:val="28"/>
        </w:rPr>
        <w:t>thôn, trưởng ban công tác mặt trậ</w:t>
      </w:r>
      <w:r w:rsidR="008B00DD">
        <w:rPr>
          <w:bCs/>
          <w:sz w:val="28"/>
        </w:rPr>
        <w:t>n</w:t>
      </w:r>
      <w:r w:rsidR="00D56DBD">
        <w:rPr>
          <w:bCs/>
          <w:sz w:val="28"/>
        </w:rPr>
        <w:t xml:space="preserve"> </w:t>
      </w:r>
      <w:r w:rsidRPr="00CF2BAC">
        <w:rPr>
          <w:bCs/>
          <w:sz w:val="28"/>
        </w:rPr>
        <w:t>các thôn và đại diện các cơ quan, đơn vị có liên quan.</w:t>
      </w:r>
    </w:p>
    <w:p w14:paraId="00AEF17C" w14:textId="7F0F162C" w:rsidR="00CF2BAC" w:rsidRPr="00CF2BAC" w:rsidRDefault="00CF2BAC" w:rsidP="00E632C3">
      <w:pPr>
        <w:spacing w:after="0"/>
        <w:ind w:firstLine="720"/>
        <w:jc w:val="both"/>
        <w:rPr>
          <w:bCs/>
          <w:sz w:val="28"/>
        </w:rPr>
      </w:pPr>
      <w:r w:rsidRPr="00CF2BAC">
        <w:rPr>
          <w:bCs/>
          <w:sz w:val="28"/>
        </w:rPr>
        <w:t>Sau khi nghe báo cáo đánh giá kết quả thực hiện các tiêu chí xây dựng nông thôn mới</w:t>
      </w:r>
      <w:r w:rsidR="009F74A6" w:rsidRPr="009F74A6">
        <w:rPr>
          <w:bCs/>
          <w:sz w:val="28"/>
        </w:rPr>
        <w:t xml:space="preserve">, </w:t>
      </w:r>
      <w:r w:rsidRPr="009F74A6">
        <w:rPr>
          <w:bCs/>
          <w:sz w:val="28"/>
        </w:rPr>
        <w:t>những</w:t>
      </w:r>
      <w:r w:rsidRPr="00CF2BAC">
        <w:rPr>
          <w:bCs/>
          <w:sz w:val="28"/>
        </w:rPr>
        <w:t xml:space="preserve"> tồn tại, hạn chế, khó khăn, vướng mắc và ý kiến phát biểu của các đại biểu dự Hội nghị, đồng chí Chủ tịch UBND xã kết luận và chỉ đạo như sau:</w:t>
      </w:r>
    </w:p>
    <w:p w14:paraId="5272C004" w14:textId="77777777" w:rsidR="00CF2BAC" w:rsidRPr="006606B1" w:rsidRDefault="00CF2BAC" w:rsidP="00E632C3">
      <w:pPr>
        <w:spacing w:after="0"/>
        <w:ind w:firstLine="720"/>
        <w:jc w:val="both"/>
        <w:rPr>
          <w:b/>
          <w:sz w:val="28"/>
        </w:rPr>
      </w:pPr>
      <w:r w:rsidRPr="006606B1">
        <w:rPr>
          <w:b/>
          <w:sz w:val="28"/>
        </w:rPr>
        <w:t>I. ĐÁNH GIÁ CHUNG</w:t>
      </w:r>
    </w:p>
    <w:p w14:paraId="10DE85B1" w14:textId="77777777" w:rsidR="002D5441" w:rsidRPr="0005188C" w:rsidRDefault="002D5441" w:rsidP="00E632C3">
      <w:pPr>
        <w:spacing w:after="0"/>
        <w:ind w:firstLine="720"/>
        <w:jc w:val="both"/>
        <w:rPr>
          <w:b/>
          <w:sz w:val="28"/>
        </w:rPr>
      </w:pPr>
      <w:r w:rsidRPr="0005188C">
        <w:rPr>
          <w:b/>
          <w:sz w:val="28"/>
        </w:rPr>
        <w:t>1. Nhiệm vụ xây dựng Nông thôn mới:</w:t>
      </w:r>
    </w:p>
    <w:p w14:paraId="173D4C79" w14:textId="16D55304" w:rsidR="00CF2BAC" w:rsidRPr="00CF2BAC" w:rsidRDefault="00CF2BAC" w:rsidP="00E632C3">
      <w:pPr>
        <w:spacing w:after="0"/>
        <w:ind w:firstLine="720"/>
        <w:jc w:val="both"/>
        <w:rPr>
          <w:bCs/>
          <w:sz w:val="28"/>
        </w:rPr>
      </w:pPr>
      <w:r w:rsidRPr="00CF2BAC">
        <w:rPr>
          <w:bCs/>
          <w:sz w:val="28"/>
        </w:rPr>
        <w:t>Thời gian qua, công tác xây dựng nông thôn mới trên địa bàn xã được cấp ủy, chính quyền, MTTQ, các tổ chức đoàn thể, các thôn và Nhân dân quan tâm triển khai thực hiện. Một số tiêu chí tiếp tục được duy trì, củng cố; kết cấu hạ tầng từng bước được quan tâm đầu tư; cảnh quan môi trường có chuyển biến; đời sống vật chất, tinh thần của Nhân dân từng bước được nâng lên.</w:t>
      </w:r>
    </w:p>
    <w:p w14:paraId="25AB75EE" w14:textId="12E77717" w:rsidR="00CF2BAC" w:rsidRDefault="00CF2BAC" w:rsidP="00E632C3">
      <w:pPr>
        <w:spacing w:after="0"/>
        <w:ind w:firstLine="720"/>
        <w:jc w:val="both"/>
        <w:rPr>
          <w:bCs/>
          <w:sz w:val="28"/>
        </w:rPr>
      </w:pPr>
      <w:r w:rsidRPr="00CF2BAC">
        <w:rPr>
          <w:bCs/>
          <w:sz w:val="28"/>
        </w:rPr>
        <w:t xml:space="preserve">Tuy nhiên, tiến độ thực hiện một số tiêu chí còn chậm; </w:t>
      </w:r>
      <w:r w:rsidR="00AA47E1">
        <w:rPr>
          <w:bCs/>
          <w:sz w:val="28"/>
        </w:rPr>
        <w:t xml:space="preserve"> </w:t>
      </w:r>
      <w:r w:rsidRPr="00CF2BAC">
        <w:rPr>
          <w:bCs/>
          <w:sz w:val="28"/>
        </w:rPr>
        <w:t xml:space="preserve">việc duy trì và nâng cao chất lượng một số tiêu chí chưa đồng đều; công tác vệ sinh môi trường, chỉnh trang khu dân cư, xây dựng cảnh quan còn hạn chế; việc huy động nguồn lực trong </w:t>
      </w:r>
      <w:r w:rsidR="008B00DD">
        <w:rPr>
          <w:bCs/>
          <w:sz w:val="28"/>
        </w:rPr>
        <w:t>n</w:t>
      </w:r>
      <w:r w:rsidRPr="00CF2BAC">
        <w:rPr>
          <w:bCs/>
          <w:sz w:val="28"/>
        </w:rPr>
        <w:t>hân dân và xã hội hóa chưa đạt yêu cầu; một số thôn chưa chủ động trong tổ chức thực hiện, còn tư tưởng trông chờ</w:t>
      </w:r>
      <w:r w:rsidR="009808BD">
        <w:rPr>
          <w:bCs/>
          <w:sz w:val="28"/>
        </w:rPr>
        <w:t xml:space="preserve"> vào các chính sách hỗ trợ cấp trên</w:t>
      </w:r>
      <w:r w:rsidRPr="00CF2BAC">
        <w:rPr>
          <w:bCs/>
          <w:sz w:val="28"/>
        </w:rPr>
        <w:t>.</w:t>
      </w:r>
    </w:p>
    <w:p w14:paraId="3DD7F93D" w14:textId="3BE4BA09" w:rsidR="00CF2BAC" w:rsidRPr="00CF2BAC" w:rsidRDefault="00CF2BAC" w:rsidP="00E632C3">
      <w:pPr>
        <w:spacing w:after="0"/>
        <w:ind w:firstLine="720"/>
        <w:jc w:val="both"/>
        <w:rPr>
          <w:bCs/>
          <w:sz w:val="28"/>
        </w:rPr>
      </w:pPr>
      <w:r w:rsidRPr="00CF2BAC">
        <w:rPr>
          <w:bCs/>
          <w:sz w:val="28"/>
        </w:rPr>
        <w:t>Để tiếp tục đẩy mạnh xây dựng nông thôn mới, nâng cao chất lượng các tiêu chí</w:t>
      </w:r>
      <w:r w:rsidR="00C24119">
        <w:rPr>
          <w:bCs/>
          <w:sz w:val="28"/>
        </w:rPr>
        <w:t xml:space="preserve"> </w:t>
      </w:r>
      <w:r w:rsidRPr="00CF2BAC">
        <w:rPr>
          <w:bCs/>
          <w:sz w:val="28"/>
        </w:rPr>
        <w:t>và hoàn thành các nhiệm vụ theo kế hoạch, yêu cầu các bộ phận, đơn vị, các thôn tập trung thực hiện nghiêm túc các nhiệm vụ sau:</w:t>
      </w:r>
    </w:p>
    <w:p w14:paraId="4D7135D1" w14:textId="77777777" w:rsidR="00A57A7B" w:rsidRDefault="00CF2BAC" w:rsidP="00E632C3">
      <w:pPr>
        <w:spacing w:after="0"/>
        <w:ind w:firstLine="720"/>
        <w:jc w:val="both"/>
        <w:rPr>
          <w:b/>
          <w:sz w:val="28"/>
        </w:rPr>
      </w:pPr>
      <w:r w:rsidRPr="00A57A7B">
        <w:rPr>
          <w:b/>
          <w:sz w:val="28"/>
        </w:rPr>
        <w:t>II. NHIỆM VỤ TRỌNG TÂM</w:t>
      </w:r>
    </w:p>
    <w:p w14:paraId="61D0F211" w14:textId="23091D77" w:rsidR="00AD3409" w:rsidRPr="00A57A7B" w:rsidRDefault="00660B69" w:rsidP="00E632C3">
      <w:pPr>
        <w:spacing w:after="0"/>
        <w:ind w:firstLine="720"/>
        <w:jc w:val="both"/>
        <w:rPr>
          <w:b/>
          <w:sz w:val="28"/>
        </w:rPr>
      </w:pPr>
      <w:r>
        <w:rPr>
          <w:b/>
          <w:sz w:val="28"/>
        </w:rPr>
        <w:t>1</w:t>
      </w:r>
      <w:r w:rsidR="00AD3409">
        <w:rPr>
          <w:b/>
          <w:sz w:val="28"/>
        </w:rPr>
        <w:t xml:space="preserve">. </w:t>
      </w:r>
      <w:r w:rsidR="00AD3409" w:rsidRPr="00A57A7B">
        <w:rPr>
          <w:b/>
          <w:sz w:val="28"/>
        </w:rPr>
        <w:t xml:space="preserve">Đối với Ban Chỉ đạo xây dựng </w:t>
      </w:r>
      <w:r w:rsidR="00AD3409">
        <w:rPr>
          <w:b/>
          <w:sz w:val="28"/>
        </w:rPr>
        <w:t>các chương trình m</w:t>
      </w:r>
      <w:r w:rsidR="00237E9E">
        <w:rPr>
          <w:b/>
          <w:sz w:val="28"/>
        </w:rPr>
        <w:t>ụ</w:t>
      </w:r>
      <w:r w:rsidR="00AD3409">
        <w:rPr>
          <w:b/>
          <w:sz w:val="28"/>
        </w:rPr>
        <w:t>c tiêu quốc gia.</w:t>
      </w:r>
    </w:p>
    <w:p w14:paraId="27E35569" w14:textId="77777777" w:rsidR="00AD3409" w:rsidRDefault="00AD3409" w:rsidP="00E632C3">
      <w:pPr>
        <w:spacing w:after="0"/>
        <w:ind w:firstLine="720"/>
        <w:jc w:val="both"/>
        <w:rPr>
          <w:b/>
          <w:sz w:val="28"/>
        </w:rPr>
      </w:pPr>
      <w:r>
        <w:rPr>
          <w:b/>
          <w:sz w:val="28"/>
        </w:rPr>
        <w:t xml:space="preserve">- </w:t>
      </w:r>
      <w:r w:rsidRPr="00CF2BAC">
        <w:rPr>
          <w:bCs/>
          <w:sz w:val="28"/>
        </w:rPr>
        <w:t>Rà soát toàn bộ các tiêu chí, chỉ tiêu xây dựng nông thôn mới; đánh giá cụ thể từng tiêu chí đã đạt, chưa đạt, tiêu chí có nguy cơ giảm chất lượng để xây dựng kế hoạch, lộ trình thực hiện.</w:t>
      </w:r>
    </w:p>
    <w:p w14:paraId="575071D0" w14:textId="77777777" w:rsidR="00AD3409" w:rsidRDefault="00AD3409" w:rsidP="00E632C3">
      <w:pPr>
        <w:spacing w:after="0"/>
        <w:ind w:firstLine="720"/>
        <w:jc w:val="both"/>
        <w:rPr>
          <w:b/>
          <w:sz w:val="28"/>
        </w:rPr>
      </w:pPr>
      <w:r>
        <w:rPr>
          <w:b/>
          <w:sz w:val="28"/>
        </w:rPr>
        <w:lastRenderedPageBreak/>
        <w:t xml:space="preserve">- </w:t>
      </w:r>
      <w:r w:rsidRPr="00CF2BAC">
        <w:rPr>
          <w:bCs/>
          <w:sz w:val="28"/>
        </w:rPr>
        <w:t>Phân công rõ người phụ trách từng tiêu chí, từng nhiệm vụ; xác định rõ thời gian hoàn thành và trách nhiệm của từng cá nhân, bộ phận.</w:t>
      </w:r>
    </w:p>
    <w:p w14:paraId="442B1C24" w14:textId="77777777" w:rsidR="00AD3409" w:rsidRDefault="00AD3409" w:rsidP="00E632C3">
      <w:pPr>
        <w:spacing w:after="0"/>
        <w:ind w:firstLine="720"/>
        <w:jc w:val="both"/>
        <w:rPr>
          <w:b/>
          <w:sz w:val="28"/>
        </w:rPr>
      </w:pPr>
      <w:r>
        <w:rPr>
          <w:b/>
          <w:sz w:val="28"/>
        </w:rPr>
        <w:t xml:space="preserve">- </w:t>
      </w:r>
      <w:r w:rsidRPr="00CF2BAC">
        <w:rPr>
          <w:bCs/>
          <w:sz w:val="28"/>
        </w:rPr>
        <w:t>Tăng cường kiểm tra, đôn đốc tại các thôn; kịp thời tháo gỡ khó khăn, vướng mắc trong quá trình thực hiện.</w:t>
      </w:r>
    </w:p>
    <w:p w14:paraId="44E37A47" w14:textId="77777777" w:rsidR="00AD3409" w:rsidRDefault="00AD3409" w:rsidP="00E632C3">
      <w:pPr>
        <w:spacing w:after="0"/>
        <w:ind w:firstLine="720"/>
        <w:jc w:val="both"/>
        <w:rPr>
          <w:b/>
          <w:sz w:val="28"/>
        </w:rPr>
      </w:pPr>
      <w:r>
        <w:rPr>
          <w:b/>
          <w:sz w:val="28"/>
        </w:rPr>
        <w:t xml:space="preserve">- </w:t>
      </w:r>
      <w:r w:rsidRPr="00CF2BAC">
        <w:rPr>
          <w:bCs/>
          <w:sz w:val="28"/>
        </w:rPr>
        <w:t>Chủ động tham mưu UBND xã huy động các nguồn lực hợp pháp để đầu tư, nâng cấp cơ sở hạ tầng, phục vụ sản xuất và đời sống Nhân dân.</w:t>
      </w:r>
    </w:p>
    <w:p w14:paraId="65D6D087" w14:textId="27D6262F" w:rsidR="00AD3409" w:rsidRPr="00A57A7B" w:rsidRDefault="00660B69" w:rsidP="00E632C3">
      <w:pPr>
        <w:spacing w:after="0"/>
        <w:ind w:firstLine="720"/>
        <w:jc w:val="both"/>
        <w:rPr>
          <w:b/>
          <w:sz w:val="28"/>
        </w:rPr>
      </w:pPr>
      <w:r>
        <w:rPr>
          <w:b/>
          <w:sz w:val="28"/>
        </w:rPr>
        <w:t>2</w:t>
      </w:r>
      <w:r w:rsidR="00AD3409">
        <w:rPr>
          <w:b/>
          <w:sz w:val="28"/>
        </w:rPr>
        <w:t>.</w:t>
      </w:r>
      <w:r w:rsidR="00AD3409" w:rsidRPr="00A57A7B">
        <w:rPr>
          <w:b/>
          <w:sz w:val="28"/>
        </w:rPr>
        <w:t xml:space="preserve"> </w:t>
      </w:r>
      <w:r w:rsidR="006166E4">
        <w:rPr>
          <w:b/>
          <w:sz w:val="28"/>
        </w:rPr>
        <w:t xml:space="preserve">Nhóm </w:t>
      </w:r>
      <w:r w:rsidR="00AD3409" w:rsidRPr="00A57A7B">
        <w:rPr>
          <w:b/>
          <w:sz w:val="28"/>
        </w:rPr>
        <w:t>giao thông, thủy lợi và cơ sở hạ tầng</w:t>
      </w:r>
    </w:p>
    <w:p w14:paraId="7D0AC9F8" w14:textId="77777777" w:rsidR="00AD3409" w:rsidRDefault="00AD3409" w:rsidP="00E632C3">
      <w:pPr>
        <w:spacing w:after="0"/>
        <w:ind w:firstLine="720"/>
        <w:jc w:val="both"/>
        <w:rPr>
          <w:b/>
          <w:sz w:val="28"/>
        </w:rPr>
      </w:pPr>
      <w:r>
        <w:rPr>
          <w:b/>
          <w:sz w:val="28"/>
        </w:rPr>
        <w:t xml:space="preserve">- </w:t>
      </w:r>
      <w:r w:rsidRPr="00CF2BAC">
        <w:rPr>
          <w:bCs/>
          <w:sz w:val="28"/>
        </w:rPr>
        <w:t>Tiếp tục rà soát hệ thống đường giao thông nông thôn, đường nội đồng, hệ thống mương thoát nước, thủy lợi; xác định những tuyến xuống cấp, hư hỏng để có phương án sửa chữa, nâng cấp.</w:t>
      </w:r>
    </w:p>
    <w:p w14:paraId="21F323C2" w14:textId="77777777" w:rsidR="00AD3409" w:rsidRDefault="00AD3409" w:rsidP="00E632C3">
      <w:pPr>
        <w:spacing w:after="0"/>
        <w:ind w:firstLine="720"/>
        <w:jc w:val="both"/>
        <w:rPr>
          <w:b/>
          <w:sz w:val="28"/>
        </w:rPr>
      </w:pPr>
      <w:r>
        <w:rPr>
          <w:b/>
          <w:sz w:val="28"/>
        </w:rPr>
        <w:t xml:space="preserve">- </w:t>
      </w:r>
      <w:r w:rsidRPr="00CF2BAC">
        <w:rPr>
          <w:bCs/>
          <w:sz w:val="28"/>
        </w:rPr>
        <w:t>Vận động Nhân dân chỉnh trang đường làng, ngõ xóm; phát quang cây cối, bụi rậm, khơi thông cống rãnh, bảo đảm giao thông và cảnh quan sạch đẹp.</w:t>
      </w:r>
    </w:p>
    <w:p w14:paraId="07AF9C47" w14:textId="77777777" w:rsidR="00AD3409" w:rsidRDefault="00AD3409" w:rsidP="00E632C3">
      <w:pPr>
        <w:spacing w:after="0"/>
        <w:ind w:firstLine="720"/>
        <w:jc w:val="both"/>
        <w:rPr>
          <w:b/>
          <w:sz w:val="28"/>
        </w:rPr>
      </w:pPr>
      <w:r>
        <w:rPr>
          <w:b/>
          <w:sz w:val="28"/>
        </w:rPr>
        <w:t xml:space="preserve">- </w:t>
      </w:r>
      <w:r w:rsidRPr="00CF2BAC">
        <w:rPr>
          <w:bCs/>
          <w:sz w:val="28"/>
        </w:rPr>
        <w:t>Đối với các công trình đang triển khai, yêu cầu các bộ phận liên quan thường xuyên kiểm tra tiến độ, chất lượng, kịp thời báo cáo những vấn đề phát sinh.</w:t>
      </w:r>
    </w:p>
    <w:p w14:paraId="770AF840" w14:textId="1F56F97C" w:rsidR="00AD3409" w:rsidRPr="00A57A7B" w:rsidRDefault="00660B69" w:rsidP="00E632C3">
      <w:pPr>
        <w:spacing w:after="0"/>
        <w:ind w:firstLine="720"/>
        <w:jc w:val="both"/>
        <w:rPr>
          <w:b/>
          <w:sz w:val="28"/>
        </w:rPr>
      </w:pPr>
      <w:r>
        <w:rPr>
          <w:b/>
          <w:sz w:val="28"/>
        </w:rPr>
        <w:t>3</w:t>
      </w:r>
      <w:r w:rsidR="00AD3409" w:rsidRPr="00A57A7B">
        <w:rPr>
          <w:b/>
          <w:sz w:val="28"/>
        </w:rPr>
        <w:t xml:space="preserve">. </w:t>
      </w:r>
      <w:r w:rsidR="006166E4">
        <w:rPr>
          <w:b/>
          <w:sz w:val="28"/>
        </w:rPr>
        <w:t xml:space="preserve"> Nhóm</w:t>
      </w:r>
      <w:r w:rsidR="00AD3409" w:rsidRPr="00A57A7B">
        <w:rPr>
          <w:b/>
          <w:sz w:val="28"/>
        </w:rPr>
        <w:t xml:space="preserve"> phát triển sản xuất, nâng cao thu nhập</w:t>
      </w:r>
    </w:p>
    <w:p w14:paraId="7AE2B2BF" w14:textId="77777777" w:rsidR="00AD3409" w:rsidRDefault="00AD3409" w:rsidP="00E632C3">
      <w:pPr>
        <w:spacing w:after="0"/>
        <w:ind w:firstLine="720"/>
        <w:jc w:val="both"/>
        <w:rPr>
          <w:b/>
          <w:sz w:val="28"/>
        </w:rPr>
      </w:pPr>
      <w:r>
        <w:rPr>
          <w:b/>
          <w:sz w:val="28"/>
        </w:rPr>
        <w:t xml:space="preserve">- </w:t>
      </w:r>
      <w:r w:rsidRPr="00CF2BAC">
        <w:rPr>
          <w:bCs/>
          <w:sz w:val="28"/>
        </w:rPr>
        <w:t>Tập trung thực hiện các giải pháp phát triển sản xuất nông nghiệp theo hướng nâng cao năng suất, chất lượng và hiệu quả; khuyến khích phát triển các mô hình sản xuất phù hợp với điều kiện thực tế của địa phương.</w:t>
      </w:r>
    </w:p>
    <w:p w14:paraId="65F04132" w14:textId="7339FC5E" w:rsidR="00AD3409" w:rsidRDefault="00AD3409" w:rsidP="00E632C3">
      <w:pPr>
        <w:spacing w:after="0"/>
        <w:ind w:firstLine="720"/>
        <w:jc w:val="both"/>
        <w:rPr>
          <w:b/>
          <w:sz w:val="28"/>
        </w:rPr>
      </w:pPr>
      <w:r>
        <w:rPr>
          <w:b/>
          <w:sz w:val="28"/>
        </w:rPr>
        <w:t xml:space="preserve">- </w:t>
      </w:r>
      <w:r w:rsidRPr="00CF2BAC">
        <w:rPr>
          <w:bCs/>
          <w:sz w:val="28"/>
        </w:rPr>
        <w:t xml:space="preserve">Tiếp tục vận động Nhân dân chuyển đổi cơ cấu cây trồng, vật nuôi; phát triển kinh tế hộ gia đình, kinh tế trang trại, gia trại và </w:t>
      </w:r>
      <w:r w:rsidR="0058431F">
        <w:rPr>
          <w:bCs/>
          <w:sz w:val="28"/>
        </w:rPr>
        <w:t>xây dựng sản phẩm OCOP</w:t>
      </w:r>
      <w:r w:rsidRPr="00CF2BAC">
        <w:rPr>
          <w:bCs/>
          <w:sz w:val="28"/>
        </w:rPr>
        <w:t>.</w:t>
      </w:r>
    </w:p>
    <w:p w14:paraId="4D020616" w14:textId="77777777" w:rsidR="00AD3409" w:rsidRPr="00A57A7B" w:rsidRDefault="00AD3409" w:rsidP="00E632C3">
      <w:pPr>
        <w:spacing w:after="0"/>
        <w:ind w:firstLine="720"/>
        <w:jc w:val="both"/>
        <w:rPr>
          <w:b/>
          <w:sz w:val="28"/>
        </w:rPr>
      </w:pPr>
      <w:r>
        <w:rPr>
          <w:b/>
          <w:sz w:val="28"/>
        </w:rPr>
        <w:t xml:space="preserve">- </w:t>
      </w:r>
      <w:r w:rsidRPr="00CF2BAC">
        <w:rPr>
          <w:bCs/>
          <w:sz w:val="28"/>
        </w:rPr>
        <w:t>Tăng cường hỗ trợ, hướng dẫn người dân tiếp cận các chính sách phát triển sản xuất, khoa học kỹ thuật, vốn vay và các chương trình hỗ trợ của Nhà nước.</w:t>
      </w:r>
    </w:p>
    <w:p w14:paraId="61B05B8C" w14:textId="35E18619" w:rsidR="00AD3409" w:rsidRPr="00A57A7B" w:rsidRDefault="00660B69" w:rsidP="00E632C3">
      <w:pPr>
        <w:spacing w:after="0"/>
        <w:ind w:firstLine="720"/>
        <w:jc w:val="both"/>
        <w:rPr>
          <w:b/>
          <w:sz w:val="28"/>
        </w:rPr>
      </w:pPr>
      <w:r>
        <w:rPr>
          <w:b/>
          <w:sz w:val="28"/>
        </w:rPr>
        <w:t>4</w:t>
      </w:r>
      <w:r w:rsidR="00AD3409" w:rsidRPr="00A57A7B">
        <w:rPr>
          <w:b/>
          <w:sz w:val="28"/>
        </w:rPr>
        <w:t xml:space="preserve">. </w:t>
      </w:r>
      <w:r w:rsidR="005D7A1C">
        <w:rPr>
          <w:b/>
          <w:sz w:val="28"/>
        </w:rPr>
        <w:t xml:space="preserve">Nhóm </w:t>
      </w:r>
      <w:r w:rsidR="00AD3409" w:rsidRPr="00A57A7B">
        <w:rPr>
          <w:b/>
          <w:sz w:val="28"/>
        </w:rPr>
        <w:t>môi trường và cảnh quan nông thôn</w:t>
      </w:r>
    </w:p>
    <w:p w14:paraId="45B4F6BB" w14:textId="77777777" w:rsidR="00AD3409" w:rsidRDefault="00AD3409" w:rsidP="00E632C3">
      <w:pPr>
        <w:spacing w:after="0"/>
        <w:ind w:firstLine="720"/>
        <w:jc w:val="both"/>
        <w:rPr>
          <w:bCs/>
          <w:sz w:val="28"/>
        </w:rPr>
      </w:pPr>
      <w:r>
        <w:rPr>
          <w:bCs/>
          <w:sz w:val="28"/>
        </w:rPr>
        <w:t xml:space="preserve">- </w:t>
      </w:r>
      <w:r w:rsidRPr="00CF2BAC">
        <w:rPr>
          <w:bCs/>
          <w:sz w:val="28"/>
        </w:rPr>
        <w:t>Xác định công tác vệ sinh môi trường, chỉnh trang cảnh quan là nhiệm vụ thường xuyên, liên tục.</w:t>
      </w:r>
    </w:p>
    <w:p w14:paraId="4A6A3ADA" w14:textId="77777777" w:rsidR="00AD3409" w:rsidRDefault="00AD3409" w:rsidP="00E632C3">
      <w:pPr>
        <w:spacing w:after="0"/>
        <w:ind w:firstLine="720"/>
        <w:jc w:val="both"/>
        <w:rPr>
          <w:bCs/>
          <w:sz w:val="28"/>
        </w:rPr>
      </w:pPr>
      <w:r>
        <w:rPr>
          <w:bCs/>
          <w:sz w:val="28"/>
        </w:rPr>
        <w:t xml:space="preserve">- </w:t>
      </w:r>
      <w:r w:rsidRPr="00CF2BAC">
        <w:rPr>
          <w:bCs/>
          <w:sz w:val="28"/>
        </w:rPr>
        <w:t>Tổ chức tổng vệ sinh tại các thôn; phát quang hành lang giao thông, thu gom và xử lý rác thải đúng quy định; khơi thông dòng chảy, cống rãnh.</w:t>
      </w:r>
    </w:p>
    <w:p w14:paraId="68608BA5" w14:textId="77777777" w:rsidR="00AD3409" w:rsidRDefault="00AD3409" w:rsidP="00E632C3">
      <w:pPr>
        <w:spacing w:after="0"/>
        <w:ind w:firstLine="720"/>
        <w:jc w:val="both"/>
        <w:rPr>
          <w:bCs/>
          <w:sz w:val="28"/>
        </w:rPr>
      </w:pPr>
      <w:r>
        <w:rPr>
          <w:bCs/>
          <w:sz w:val="28"/>
        </w:rPr>
        <w:t xml:space="preserve">- </w:t>
      </w:r>
      <w:r w:rsidRPr="00CF2BAC">
        <w:rPr>
          <w:bCs/>
          <w:sz w:val="28"/>
        </w:rPr>
        <w:t>Duy trì các tuyến đường sáng - xanh - sạch - đẹp; vận động Nhân dân chỉnh trang nhà ở, khuôn viên, hàng rào, vườn hộ.</w:t>
      </w:r>
    </w:p>
    <w:p w14:paraId="5ADA1999" w14:textId="77777777" w:rsidR="00AD3409" w:rsidRPr="00CF2BAC" w:rsidRDefault="00AD3409" w:rsidP="00E632C3">
      <w:pPr>
        <w:spacing w:after="0"/>
        <w:ind w:firstLine="720"/>
        <w:jc w:val="both"/>
        <w:rPr>
          <w:bCs/>
          <w:sz w:val="28"/>
        </w:rPr>
      </w:pPr>
      <w:r>
        <w:rPr>
          <w:bCs/>
          <w:sz w:val="28"/>
        </w:rPr>
        <w:t xml:space="preserve">- </w:t>
      </w:r>
      <w:r w:rsidRPr="00CF2BAC">
        <w:rPr>
          <w:bCs/>
          <w:sz w:val="28"/>
        </w:rPr>
        <w:t>Các thôn phải xây dựng lịch vệ sinh môi trường định kỳ, phân công cụ thể cho từng tổ chức, hộ gia đình; không để xảy ra tình trạng tập kết rác thải không đúng nơi quy định.</w:t>
      </w:r>
    </w:p>
    <w:p w14:paraId="7C14E88E" w14:textId="2D2C8FE7" w:rsidR="00AD3409" w:rsidRPr="00A57A7B" w:rsidRDefault="00660B69" w:rsidP="00E632C3">
      <w:pPr>
        <w:spacing w:after="0"/>
        <w:ind w:firstLine="720"/>
        <w:jc w:val="both"/>
        <w:rPr>
          <w:b/>
          <w:sz w:val="28"/>
        </w:rPr>
      </w:pPr>
      <w:r>
        <w:rPr>
          <w:b/>
          <w:sz w:val="28"/>
        </w:rPr>
        <w:t>5</w:t>
      </w:r>
      <w:r w:rsidR="00AD3409" w:rsidRPr="00A57A7B">
        <w:rPr>
          <w:b/>
          <w:sz w:val="28"/>
        </w:rPr>
        <w:t xml:space="preserve">. </w:t>
      </w:r>
      <w:r w:rsidR="00F679F9">
        <w:rPr>
          <w:b/>
          <w:sz w:val="28"/>
        </w:rPr>
        <w:t>Nhóm</w:t>
      </w:r>
      <w:r w:rsidR="00AD3409" w:rsidRPr="00A57A7B">
        <w:rPr>
          <w:b/>
          <w:sz w:val="28"/>
        </w:rPr>
        <w:t xml:space="preserve"> văn hóa, giáo dục, y tế và an sinh xã hội</w:t>
      </w:r>
    </w:p>
    <w:p w14:paraId="492A97F5" w14:textId="77777777" w:rsidR="00AD3409" w:rsidRDefault="00AD3409" w:rsidP="00E632C3">
      <w:pPr>
        <w:spacing w:after="0"/>
        <w:ind w:firstLine="720"/>
        <w:jc w:val="both"/>
        <w:rPr>
          <w:bCs/>
          <w:sz w:val="28"/>
        </w:rPr>
      </w:pPr>
      <w:r>
        <w:rPr>
          <w:bCs/>
          <w:sz w:val="28"/>
        </w:rPr>
        <w:t xml:space="preserve">- </w:t>
      </w:r>
      <w:r w:rsidRPr="00CF2BAC">
        <w:rPr>
          <w:bCs/>
          <w:sz w:val="28"/>
        </w:rPr>
        <w:t>Tiếp tục nâng cao chất lượng các hoạt động văn hóa, văn nghệ, thể dục thể thao; duy trì và phát huy các thiết chế văn hóa ở khu dân cư.</w:t>
      </w:r>
    </w:p>
    <w:p w14:paraId="02145BF6" w14:textId="77777777" w:rsidR="00AD3409" w:rsidRDefault="00AD3409" w:rsidP="00E632C3">
      <w:pPr>
        <w:spacing w:after="0"/>
        <w:ind w:firstLine="720"/>
        <w:jc w:val="both"/>
        <w:rPr>
          <w:bCs/>
          <w:sz w:val="28"/>
        </w:rPr>
      </w:pPr>
      <w:r>
        <w:rPr>
          <w:bCs/>
          <w:sz w:val="28"/>
        </w:rPr>
        <w:t xml:space="preserve">- </w:t>
      </w:r>
      <w:r w:rsidRPr="00CF2BAC">
        <w:rPr>
          <w:bCs/>
          <w:sz w:val="28"/>
        </w:rPr>
        <w:t>Quan tâm công tác giáo dục, chăm sóc sức khỏe Nhân dân, thực hiện tốt chính sách an sinh xã hội, giảm nghèo bền vững.</w:t>
      </w:r>
    </w:p>
    <w:p w14:paraId="6218AA8E" w14:textId="77777777" w:rsidR="00AD3409" w:rsidRPr="00CF2BAC" w:rsidRDefault="00AD3409" w:rsidP="00E632C3">
      <w:pPr>
        <w:spacing w:after="0"/>
        <w:ind w:firstLine="720"/>
        <w:jc w:val="both"/>
        <w:rPr>
          <w:bCs/>
          <w:sz w:val="28"/>
        </w:rPr>
      </w:pPr>
      <w:r>
        <w:rPr>
          <w:bCs/>
          <w:sz w:val="28"/>
        </w:rPr>
        <w:lastRenderedPageBreak/>
        <w:t xml:space="preserve">- </w:t>
      </w:r>
      <w:r w:rsidRPr="00CF2BAC">
        <w:rPr>
          <w:bCs/>
          <w:sz w:val="28"/>
        </w:rPr>
        <w:t>Phát huy vai trò của các tổ chức đoàn thể trong tuyên truyền, vận động đoàn viên, hội viên và Nhân dân tham gia xây dựng nông thôn mới.</w:t>
      </w:r>
    </w:p>
    <w:p w14:paraId="675400A6" w14:textId="11E43138" w:rsidR="00AD3409" w:rsidRPr="00A57A7B" w:rsidRDefault="00660B69" w:rsidP="00E632C3">
      <w:pPr>
        <w:spacing w:after="0"/>
        <w:ind w:firstLine="720"/>
        <w:jc w:val="both"/>
        <w:rPr>
          <w:b/>
          <w:sz w:val="28"/>
        </w:rPr>
      </w:pPr>
      <w:r>
        <w:rPr>
          <w:b/>
          <w:sz w:val="28"/>
        </w:rPr>
        <w:t>6</w:t>
      </w:r>
      <w:r w:rsidR="00AD3409" w:rsidRPr="00A57A7B">
        <w:rPr>
          <w:b/>
          <w:sz w:val="28"/>
        </w:rPr>
        <w:t xml:space="preserve">. </w:t>
      </w:r>
      <w:r w:rsidR="00F679F9">
        <w:rPr>
          <w:b/>
          <w:sz w:val="28"/>
        </w:rPr>
        <w:t>Nhóm</w:t>
      </w:r>
      <w:r w:rsidR="00AD3409" w:rsidRPr="00A57A7B">
        <w:rPr>
          <w:b/>
          <w:sz w:val="28"/>
        </w:rPr>
        <w:t xml:space="preserve"> quốc phòng, an ninh và trật tự xã hội</w:t>
      </w:r>
    </w:p>
    <w:p w14:paraId="1CA9C2D6" w14:textId="77777777" w:rsidR="00AD3409" w:rsidRDefault="00AD3409" w:rsidP="00E632C3">
      <w:pPr>
        <w:spacing w:after="0"/>
        <w:ind w:firstLine="720"/>
        <w:jc w:val="both"/>
        <w:rPr>
          <w:bCs/>
          <w:sz w:val="28"/>
        </w:rPr>
      </w:pPr>
      <w:r>
        <w:rPr>
          <w:bCs/>
          <w:sz w:val="28"/>
        </w:rPr>
        <w:t xml:space="preserve">- </w:t>
      </w:r>
      <w:r w:rsidRPr="00CF2BAC">
        <w:rPr>
          <w:bCs/>
          <w:sz w:val="28"/>
        </w:rPr>
        <w:t>Chủ động nắm chắc tình hình địa bàn, bảo đảm an ninh chính trị, trật tự an toàn xã hội; kịp thời giải quyết các vụ việc phát sinh ngay từ cơ sở.</w:t>
      </w:r>
    </w:p>
    <w:p w14:paraId="37A4601D" w14:textId="1A0C3D91" w:rsidR="00AD3409" w:rsidRDefault="00AD3409" w:rsidP="00E632C3">
      <w:pPr>
        <w:spacing w:after="0"/>
        <w:ind w:firstLine="720"/>
        <w:jc w:val="both"/>
        <w:rPr>
          <w:bCs/>
          <w:sz w:val="28"/>
        </w:rPr>
      </w:pPr>
      <w:r>
        <w:rPr>
          <w:bCs/>
          <w:sz w:val="28"/>
        </w:rPr>
        <w:t xml:space="preserve">- </w:t>
      </w:r>
      <w:r w:rsidRPr="00CF2BAC">
        <w:rPr>
          <w:bCs/>
          <w:sz w:val="28"/>
        </w:rPr>
        <w:t>Gắn xây dựng nông thôn mới với xây dựng khu dân cư an toàn về an ninh, trật tự; nâng cao ý thức chấp hành pháp luật của Nhân dân</w:t>
      </w:r>
      <w:r w:rsidR="0046776B">
        <w:rPr>
          <w:bCs/>
          <w:sz w:val="28"/>
        </w:rPr>
        <w:t>, nói không với ma túy.</w:t>
      </w:r>
    </w:p>
    <w:p w14:paraId="3808003E" w14:textId="5D906017" w:rsidR="00AD3409" w:rsidRDefault="008D319F" w:rsidP="00E632C3">
      <w:pPr>
        <w:spacing w:after="0"/>
        <w:ind w:firstLine="720"/>
        <w:jc w:val="both"/>
        <w:rPr>
          <w:b/>
          <w:sz w:val="28"/>
        </w:rPr>
      </w:pPr>
      <w:r>
        <w:rPr>
          <w:b/>
          <w:sz w:val="28"/>
        </w:rPr>
        <w:t>7</w:t>
      </w:r>
      <w:r w:rsidR="00AD3409">
        <w:rPr>
          <w:b/>
          <w:sz w:val="28"/>
        </w:rPr>
        <w:t xml:space="preserve">. Ban phát triển </w:t>
      </w:r>
      <w:r w:rsidR="009B3EFA">
        <w:rPr>
          <w:b/>
          <w:sz w:val="28"/>
        </w:rPr>
        <w:t xml:space="preserve">các </w:t>
      </w:r>
      <w:r w:rsidR="00AD3409">
        <w:rPr>
          <w:b/>
          <w:sz w:val="28"/>
        </w:rPr>
        <w:t>thôn</w:t>
      </w:r>
    </w:p>
    <w:p w14:paraId="054D54A6" w14:textId="7866C4F0" w:rsidR="00990350" w:rsidRDefault="00990350" w:rsidP="00E632C3">
      <w:pPr>
        <w:spacing w:after="0"/>
        <w:ind w:firstLine="720"/>
        <w:jc w:val="both"/>
        <w:rPr>
          <w:bCs/>
          <w:sz w:val="28"/>
        </w:rPr>
      </w:pPr>
      <w:r>
        <w:rPr>
          <w:bCs/>
          <w:sz w:val="28"/>
        </w:rPr>
        <w:t xml:space="preserve">- </w:t>
      </w:r>
      <w:r w:rsidR="00BF58CA" w:rsidRPr="00BF58CA">
        <w:rPr>
          <w:bCs/>
          <w:sz w:val="28"/>
        </w:rPr>
        <w:t xml:space="preserve">Ban Phát triển thôn có trách nhiệm tuyên truyền, vận động Nhân dân tham gia thực hiện các chủ trương, chính sách của Đảng, pháp luật của Nhà nước và nhiệm vụ phát triển kinh tế - xã hội của địa phương; tổ chức, phối hợp triển khai các chương trình, dự án, công trình trên địa bàn; </w:t>
      </w:r>
    </w:p>
    <w:p w14:paraId="14504DD0" w14:textId="528F667D" w:rsidR="001369AA" w:rsidRPr="008B00DD" w:rsidRDefault="001369AA" w:rsidP="00E632C3">
      <w:pPr>
        <w:spacing w:after="0"/>
        <w:ind w:firstLine="720"/>
        <w:jc w:val="both"/>
        <w:rPr>
          <w:rFonts w:cs="Times New Roman"/>
          <w:sz w:val="28"/>
          <w:szCs w:val="28"/>
          <w:lang w:val="vi-VN"/>
        </w:rPr>
      </w:pPr>
      <w:r w:rsidRPr="008B00DD">
        <w:rPr>
          <w:rFonts w:cs="Times New Roman"/>
          <w:sz w:val="28"/>
          <w:szCs w:val="28"/>
        </w:rPr>
        <w:t xml:space="preserve">- </w:t>
      </w:r>
      <w:r w:rsidRPr="008B00DD">
        <w:rPr>
          <w:rFonts w:cs="Times New Roman"/>
          <w:sz w:val="28"/>
          <w:szCs w:val="28"/>
          <w:lang w:val="vi-VN"/>
        </w:rPr>
        <w:t>Tập trung chỉnh trang khuôn viên nhà Văn hóa thôn</w:t>
      </w:r>
      <w:r w:rsidR="00B27343" w:rsidRPr="008B00DD">
        <w:rPr>
          <w:rFonts w:cs="Times New Roman"/>
          <w:sz w:val="28"/>
          <w:szCs w:val="28"/>
        </w:rPr>
        <w:t xml:space="preserve"> tại điểm mới</w:t>
      </w:r>
      <w:r w:rsidRPr="008B00DD">
        <w:rPr>
          <w:rFonts w:cs="Times New Roman"/>
          <w:sz w:val="28"/>
          <w:szCs w:val="28"/>
          <w:lang w:val="vi-VN"/>
        </w:rPr>
        <w:t>, bổ su</w:t>
      </w:r>
      <w:r w:rsidR="00607E3D" w:rsidRPr="008B00DD">
        <w:rPr>
          <w:rFonts w:cs="Times New Roman"/>
          <w:sz w:val="28"/>
          <w:szCs w:val="28"/>
        </w:rPr>
        <w:t>n</w:t>
      </w:r>
      <w:r w:rsidRPr="008B00DD">
        <w:rPr>
          <w:rFonts w:cs="Times New Roman"/>
          <w:sz w:val="28"/>
          <w:szCs w:val="28"/>
          <w:lang w:val="vi-VN"/>
        </w:rPr>
        <w:t xml:space="preserve">g lại các bảng biển, </w:t>
      </w:r>
      <w:r w:rsidR="00607E3D" w:rsidRPr="008B00DD">
        <w:rPr>
          <w:rFonts w:cs="Times New Roman"/>
          <w:sz w:val="28"/>
          <w:szCs w:val="28"/>
        </w:rPr>
        <w:t xml:space="preserve">tổng dọn </w:t>
      </w:r>
      <w:r w:rsidRPr="008B00DD">
        <w:rPr>
          <w:rFonts w:cs="Times New Roman"/>
          <w:sz w:val="28"/>
          <w:szCs w:val="28"/>
          <w:lang w:val="vi-VN"/>
        </w:rPr>
        <w:t xml:space="preserve">vệ </w:t>
      </w:r>
      <w:r w:rsidR="00607E3D" w:rsidRPr="008B00DD">
        <w:rPr>
          <w:rFonts w:cs="Times New Roman"/>
          <w:sz w:val="28"/>
          <w:szCs w:val="28"/>
        </w:rPr>
        <w:t>s</w:t>
      </w:r>
      <w:r w:rsidRPr="008B00DD">
        <w:rPr>
          <w:rFonts w:cs="Times New Roman"/>
          <w:sz w:val="28"/>
          <w:szCs w:val="28"/>
          <w:lang w:val="vi-VN"/>
        </w:rPr>
        <w:t xml:space="preserve">inh </w:t>
      </w:r>
      <w:r w:rsidR="00607E3D" w:rsidRPr="008B00DD">
        <w:rPr>
          <w:rFonts w:cs="Times New Roman"/>
          <w:sz w:val="28"/>
          <w:szCs w:val="28"/>
        </w:rPr>
        <w:t xml:space="preserve">môi trường </w:t>
      </w:r>
      <w:r w:rsidRPr="008B00DD">
        <w:rPr>
          <w:rFonts w:cs="Times New Roman"/>
          <w:sz w:val="28"/>
          <w:szCs w:val="28"/>
          <w:lang w:val="vi-VN"/>
        </w:rPr>
        <w:t xml:space="preserve">các điểm </w:t>
      </w:r>
      <w:r w:rsidR="00607E3D" w:rsidRPr="008B00DD">
        <w:rPr>
          <w:rFonts w:cs="Times New Roman"/>
          <w:sz w:val="28"/>
          <w:szCs w:val="28"/>
        </w:rPr>
        <w:t xml:space="preserve">nhà văn hóa </w:t>
      </w:r>
      <w:r w:rsidRPr="008B00DD">
        <w:rPr>
          <w:rFonts w:cs="Times New Roman"/>
          <w:sz w:val="28"/>
          <w:szCs w:val="28"/>
          <w:lang w:val="vi-VN"/>
        </w:rPr>
        <w:t>cũ.</w:t>
      </w:r>
      <w:r w:rsidR="00607E3D" w:rsidRPr="008B00DD">
        <w:rPr>
          <w:rFonts w:cs="Times New Roman"/>
          <w:sz w:val="28"/>
          <w:szCs w:val="28"/>
          <w:lang w:val="vi-VN"/>
        </w:rPr>
        <w:t xml:space="preserve"> Rà soát lại các hệ thống giao thông, rãnh thoát nước chưa đưa vào quy hoạch, cần bổ sung để đưa vào quy hoạch, những ngõ xóm cần nâng cấp lên trục thôn.</w:t>
      </w:r>
    </w:p>
    <w:p w14:paraId="25FE1DD8" w14:textId="18209CFA" w:rsidR="00AD3409" w:rsidRPr="004C3941" w:rsidRDefault="001369AA" w:rsidP="00E632C3">
      <w:pPr>
        <w:spacing w:after="0"/>
        <w:ind w:firstLine="720"/>
        <w:jc w:val="both"/>
        <w:rPr>
          <w:bCs/>
          <w:sz w:val="28"/>
          <w:lang w:val="vi-VN"/>
        </w:rPr>
      </w:pPr>
      <w:r w:rsidRPr="004C3941">
        <w:rPr>
          <w:bCs/>
          <w:sz w:val="28"/>
          <w:lang w:val="vi-VN"/>
        </w:rPr>
        <w:t xml:space="preserve">- </w:t>
      </w:r>
      <w:r w:rsidR="00990350" w:rsidRPr="004C3941">
        <w:rPr>
          <w:bCs/>
          <w:sz w:val="28"/>
          <w:lang w:val="vi-VN"/>
        </w:rPr>
        <w:t xml:space="preserve">Rà soát lại các tiêu chí, các trục đường chưa có trong quy hoạch để bổ sung vào quy hoạch chung của xã; </w:t>
      </w:r>
      <w:r w:rsidR="00BF58CA" w:rsidRPr="004C3941">
        <w:rPr>
          <w:bCs/>
          <w:sz w:val="28"/>
          <w:lang w:val="vi-VN"/>
        </w:rPr>
        <w:t xml:space="preserve">huy động nguồn lực trong Nhân dân; tham gia xây dựng nông thôn mới, bảo vệ môi trường, </w:t>
      </w:r>
      <w:r w:rsidR="00990350" w:rsidRPr="004C3941">
        <w:rPr>
          <w:bCs/>
          <w:sz w:val="28"/>
          <w:lang w:val="vi-VN"/>
        </w:rPr>
        <w:t xml:space="preserve">đường điện chiếu sáng, </w:t>
      </w:r>
      <w:r w:rsidR="00BF58CA" w:rsidRPr="004C3941">
        <w:rPr>
          <w:bCs/>
          <w:sz w:val="28"/>
          <w:lang w:val="vi-VN"/>
        </w:rPr>
        <w:t>giữ gìn an ninh trật tự, thực hiện dân chủ ở cơ sở; nắm bắt, tổng hợp và phản ánh tâm tư, nguyện vọng, kiến nghị chính đáng của Nhân dân; thực hiện các nhiệm vụ khác do UBND xã và cộng đồng dân cư giao theo quy định.</w:t>
      </w:r>
    </w:p>
    <w:p w14:paraId="35A899F3" w14:textId="0680162E" w:rsidR="00A375AD" w:rsidRPr="004C3941" w:rsidRDefault="00A375AD" w:rsidP="00E632C3">
      <w:pPr>
        <w:spacing w:after="0"/>
        <w:ind w:firstLine="720"/>
        <w:jc w:val="both"/>
        <w:rPr>
          <w:rFonts w:cs="Times New Roman"/>
          <w:sz w:val="28"/>
          <w:szCs w:val="28"/>
          <w:lang w:val="vi-VN"/>
        </w:rPr>
      </w:pPr>
      <w:r w:rsidRPr="004C3941">
        <w:rPr>
          <w:rFonts w:cs="Times New Roman"/>
          <w:sz w:val="28"/>
          <w:szCs w:val="28"/>
          <w:lang w:val="vi-VN"/>
        </w:rPr>
        <w:t>- Các thôn</w:t>
      </w:r>
      <w:r w:rsidRPr="008B00DD">
        <w:rPr>
          <w:rFonts w:cs="Times New Roman"/>
          <w:sz w:val="28"/>
          <w:szCs w:val="28"/>
          <w:lang w:val="vi-VN"/>
        </w:rPr>
        <w:t>: Tân Xuân, Sơn Hà</w:t>
      </w:r>
      <w:r w:rsidRPr="004C3941">
        <w:rPr>
          <w:rFonts w:cs="Times New Roman"/>
          <w:sz w:val="28"/>
          <w:szCs w:val="28"/>
          <w:lang w:val="vi-VN"/>
        </w:rPr>
        <w:t>,</w:t>
      </w:r>
      <w:r w:rsidRPr="008B00DD">
        <w:rPr>
          <w:rFonts w:cs="Times New Roman"/>
          <w:sz w:val="28"/>
          <w:szCs w:val="28"/>
          <w:lang w:val="vi-VN"/>
        </w:rPr>
        <w:t xml:space="preserve"> Lạc Thắng, Lạc Vinh</w:t>
      </w:r>
      <w:r w:rsidRPr="004C3941">
        <w:rPr>
          <w:rFonts w:cs="Times New Roman"/>
          <w:sz w:val="28"/>
          <w:szCs w:val="28"/>
          <w:lang w:val="vi-VN"/>
        </w:rPr>
        <w:t xml:space="preserve">, </w:t>
      </w:r>
      <w:r w:rsidRPr="008B00DD">
        <w:rPr>
          <w:rFonts w:cs="Times New Roman"/>
          <w:sz w:val="28"/>
          <w:szCs w:val="28"/>
          <w:lang w:val="vi-VN"/>
        </w:rPr>
        <w:t>Hải Hà</w:t>
      </w:r>
      <w:r w:rsidRPr="004C3941">
        <w:rPr>
          <w:rFonts w:cs="Times New Roman"/>
          <w:sz w:val="28"/>
          <w:szCs w:val="28"/>
          <w:lang w:val="vi-VN"/>
        </w:rPr>
        <w:t xml:space="preserve"> tập trung xây dựng các tiêu chí, </w:t>
      </w:r>
      <w:r w:rsidR="005E7DB6" w:rsidRPr="004C3941">
        <w:rPr>
          <w:rFonts w:cs="Times New Roman"/>
          <w:sz w:val="28"/>
          <w:szCs w:val="28"/>
          <w:lang w:val="vi-VN"/>
        </w:rPr>
        <w:t xml:space="preserve">chuẩn bị </w:t>
      </w:r>
      <w:r w:rsidRPr="004C3941">
        <w:rPr>
          <w:rFonts w:cs="Times New Roman"/>
          <w:sz w:val="28"/>
          <w:szCs w:val="28"/>
          <w:lang w:val="vi-VN"/>
        </w:rPr>
        <w:t>phục vụ đoàn kiểm tra của Trung ương, đoàn của tỉnh vào kiểm tra trong quý IV</w:t>
      </w:r>
      <w:r w:rsidR="00E445BF" w:rsidRPr="004C3941">
        <w:rPr>
          <w:rFonts w:cs="Times New Roman"/>
          <w:sz w:val="28"/>
          <w:szCs w:val="28"/>
          <w:lang w:val="vi-VN"/>
        </w:rPr>
        <w:t xml:space="preserve"> năm </w:t>
      </w:r>
      <w:r w:rsidRPr="004C3941">
        <w:rPr>
          <w:rFonts w:cs="Times New Roman"/>
          <w:sz w:val="28"/>
          <w:szCs w:val="28"/>
          <w:lang w:val="vi-VN"/>
        </w:rPr>
        <w:t>2026</w:t>
      </w:r>
    </w:p>
    <w:p w14:paraId="4B296D89" w14:textId="77777777" w:rsidR="00CF2BAC" w:rsidRPr="004C3941" w:rsidRDefault="00CF2BAC" w:rsidP="00E632C3">
      <w:pPr>
        <w:spacing w:after="0"/>
        <w:ind w:firstLine="720"/>
        <w:jc w:val="both"/>
        <w:rPr>
          <w:b/>
          <w:sz w:val="28"/>
          <w:lang w:val="vi-VN"/>
        </w:rPr>
      </w:pPr>
      <w:r w:rsidRPr="004C3941">
        <w:rPr>
          <w:b/>
          <w:sz w:val="28"/>
          <w:lang w:val="vi-VN"/>
        </w:rPr>
        <w:t>III. PHÂN CÔNG TRÁCH NHIỆM</w:t>
      </w:r>
    </w:p>
    <w:p w14:paraId="0F5BF6B7" w14:textId="77777777" w:rsidR="00CF2BAC" w:rsidRPr="004C3941" w:rsidRDefault="00CF2BAC" w:rsidP="00E632C3">
      <w:pPr>
        <w:spacing w:after="0"/>
        <w:ind w:firstLine="720"/>
        <w:jc w:val="both"/>
        <w:rPr>
          <w:b/>
          <w:sz w:val="28"/>
          <w:lang w:val="vi-VN"/>
        </w:rPr>
      </w:pPr>
      <w:r w:rsidRPr="004C3941">
        <w:rPr>
          <w:b/>
          <w:sz w:val="28"/>
          <w:lang w:val="vi-VN"/>
        </w:rPr>
        <w:t>1. Công chức chuyên môn UBND xã</w:t>
      </w:r>
    </w:p>
    <w:p w14:paraId="56148B11" w14:textId="26CF95DE" w:rsidR="00CF2BAC" w:rsidRPr="004C3941" w:rsidRDefault="00CF2BAC" w:rsidP="00E632C3">
      <w:pPr>
        <w:spacing w:after="0"/>
        <w:ind w:firstLine="720"/>
        <w:jc w:val="both"/>
        <w:rPr>
          <w:bCs/>
          <w:sz w:val="28"/>
          <w:lang w:val="vi-VN"/>
        </w:rPr>
      </w:pPr>
      <w:r w:rsidRPr="004C3941">
        <w:rPr>
          <w:bCs/>
          <w:sz w:val="28"/>
          <w:lang w:val="vi-VN"/>
        </w:rPr>
        <w:t xml:space="preserve">Theo chức năng, nhiệm vụ được giao, chủ động rà soát các tiêu chí thuộc lĩnh vực phụ trách; tham mưu giải pháp thực hiện, bảo đảm tiến độ; thường xuyên báo cáo UBND xã những khó khăn, vướng mắc </w:t>
      </w:r>
      <w:r w:rsidR="00F41D5C" w:rsidRPr="004C3941">
        <w:rPr>
          <w:bCs/>
          <w:sz w:val="28"/>
          <w:lang w:val="vi-VN"/>
        </w:rPr>
        <w:t>để kịp thời tháo gỡ</w:t>
      </w:r>
      <w:r w:rsidRPr="004C3941">
        <w:rPr>
          <w:bCs/>
          <w:sz w:val="28"/>
          <w:lang w:val="vi-VN"/>
        </w:rPr>
        <w:t>.</w:t>
      </w:r>
    </w:p>
    <w:p w14:paraId="5554B268" w14:textId="77777777" w:rsidR="00A57A7B" w:rsidRPr="004C3941" w:rsidRDefault="00CF2BAC" w:rsidP="00E632C3">
      <w:pPr>
        <w:spacing w:after="0"/>
        <w:ind w:firstLine="720"/>
        <w:jc w:val="both"/>
        <w:rPr>
          <w:b/>
          <w:sz w:val="28"/>
          <w:lang w:val="vi-VN"/>
        </w:rPr>
      </w:pPr>
      <w:r w:rsidRPr="004C3941">
        <w:rPr>
          <w:b/>
          <w:sz w:val="28"/>
          <w:lang w:val="vi-VN"/>
        </w:rPr>
        <w:t>2. Trưởng các thôn</w:t>
      </w:r>
    </w:p>
    <w:p w14:paraId="54FCE83A" w14:textId="77777777" w:rsidR="00A57A7B" w:rsidRPr="004C3941" w:rsidRDefault="00A57A7B" w:rsidP="00E632C3">
      <w:pPr>
        <w:spacing w:after="0"/>
        <w:ind w:firstLine="720"/>
        <w:jc w:val="both"/>
        <w:rPr>
          <w:bCs/>
          <w:sz w:val="28"/>
          <w:lang w:val="vi-VN"/>
        </w:rPr>
      </w:pPr>
      <w:r w:rsidRPr="004C3941">
        <w:rPr>
          <w:bCs/>
          <w:sz w:val="28"/>
          <w:lang w:val="vi-VN"/>
        </w:rPr>
        <w:t xml:space="preserve">- </w:t>
      </w:r>
      <w:r w:rsidR="00CF2BAC" w:rsidRPr="004C3941">
        <w:rPr>
          <w:bCs/>
          <w:sz w:val="28"/>
          <w:lang w:val="vi-VN"/>
        </w:rPr>
        <w:t>Là lực lượng trực tiếp tổ chức thực hiện các nhiệm vụ xây dựng nông thôn mới tại khu dân cư.</w:t>
      </w:r>
    </w:p>
    <w:p w14:paraId="5C065E14" w14:textId="77777777" w:rsidR="00A57A7B" w:rsidRPr="004C3941" w:rsidRDefault="00A57A7B" w:rsidP="00E632C3">
      <w:pPr>
        <w:spacing w:after="0"/>
        <w:ind w:firstLine="720"/>
        <w:jc w:val="both"/>
        <w:rPr>
          <w:bCs/>
          <w:sz w:val="28"/>
          <w:lang w:val="vi-VN"/>
        </w:rPr>
      </w:pPr>
      <w:r w:rsidRPr="004C3941">
        <w:rPr>
          <w:bCs/>
          <w:sz w:val="28"/>
          <w:lang w:val="vi-VN"/>
        </w:rPr>
        <w:t xml:space="preserve">- </w:t>
      </w:r>
      <w:r w:rsidR="00CF2BAC" w:rsidRPr="004C3941">
        <w:rPr>
          <w:bCs/>
          <w:sz w:val="28"/>
          <w:lang w:val="vi-VN"/>
        </w:rPr>
        <w:t>Rà soát cụ thể từng phần việc cần thực hiện; xây dựng kế hoạch và tổ chức triển khai đến từng hộ dân.</w:t>
      </w:r>
    </w:p>
    <w:p w14:paraId="4A2FA4AC" w14:textId="67CCD64E" w:rsidR="00A57A7B" w:rsidRPr="004C3941" w:rsidRDefault="00A57A7B" w:rsidP="00E632C3">
      <w:pPr>
        <w:spacing w:after="0"/>
        <w:ind w:firstLine="720"/>
        <w:jc w:val="both"/>
        <w:rPr>
          <w:bCs/>
          <w:sz w:val="28"/>
          <w:lang w:val="vi-VN"/>
        </w:rPr>
      </w:pPr>
      <w:r w:rsidRPr="004C3941">
        <w:rPr>
          <w:bCs/>
          <w:sz w:val="28"/>
          <w:lang w:val="vi-VN"/>
        </w:rPr>
        <w:t xml:space="preserve">- </w:t>
      </w:r>
      <w:r w:rsidR="00CF2BAC" w:rsidRPr="004C3941">
        <w:rPr>
          <w:bCs/>
          <w:sz w:val="28"/>
          <w:lang w:val="vi-VN"/>
        </w:rPr>
        <w:t>Tăng cường tuyên truyền, vận động Nhân dân tự giác tham gia, nhất là chỉnh trang nhà cửa, vườn hộ, đường làng, ngõ xóm</w:t>
      </w:r>
      <w:r w:rsidR="005E2FAC" w:rsidRPr="004C3941">
        <w:rPr>
          <w:bCs/>
          <w:sz w:val="28"/>
          <w:lang w:val="vi-VN"/>
        </w:rPr>
        <w:t>, đường điện chiếu sáng</w:t>
      </w:r>
      <w:r w:rsidR="00CF2BAC" w:rsidRPr="004C3941">
        <w:rPr>
          <w:bCs/>
          <w:sz w:val="28"/>
          <w:lang w:val="vi-VN"/>
        </w:rPr>
        <w:t xml:space="preserve"> và vệ sinh môi trường</w:t>
      </w:r>
      <w:r w:rsidR="005E2FAC" w:rsidRPr="004C3941">
        <w:rPr>
          <w:bCs/>
          <w:sz w:val="28"/>
          <w:lang w:val="vi-VN"/>
        </w:rPr>
        <w:t xml:space="preserve"> xanh - sạch - đẹp</w:t>
      </w:r>
      <w:r w:rsidR="00CF2BAC" w:rsidRPr="004C3941">
        <w:rPr>
          <w:bCs/>
          <w:sz w:val="28"/>
          <w:lang w:val="vi-VN"/>
        </w:rPr>
        <w:t>.</w:t>
      </w:r>
    </w:p>
    <w:p w14:paraId="6A423972" w14:textId="7940BE22" w:rsidR="00CF2BAC" w:rsidRPr="004C3941" w:rsidRDefault="00A57A7B" w:rsidP="00E632C3">
      <w:pPr>
        <w:spacing w:after="0"/>
        <w:ind w:firstLine="720"/>
        <w:jc w:val="both"/>
        <w:rPr>
          <w:bCs/>
          <w:sz w:val="28"/>
          <w:lang w:val="vi-VN"/>
        </w:rPr>
      </w:pPr>
      <w:r w:rsidRPr="004C3941">
        <w:rPr>
          <w:bCs/>
          <w:sz w:val="28"/>
          <w:lang w:val="vi-VN"/>
        </w:rPr>
        <w:lastRenderedPageBreak/>
        <w:t xml:space="preserve">- </w:t>
      </w:r>
      <w:r w:rsidR="00CF2BAC" w:rsidRPr="004C3941">
        <w:rPr>
          <w:bCs/>
          <w:sz w:val="28"/>
          <w:lang w:val="vi-VN"/>
        </w:rPr>
        <w:t>Định kỳ báo cáo kết quả thực hiện, những khó khăn, vướng mắc về UBND xã để tổng hợp, chỉ đạo.</w:t>
      </w:r>
    </w:p>
    <w:p w14:paraId="09A2C034" w14:textId="653E59E0" w:rsidR="00CF2BAC" w:rsidRPr="004C3941" w:rsidRDefault="00CF2BAC" w:rsidP="00E632C3">
      <w:pPr>
        <w:spacing w:after="0"/>
        <w:ind w:firstLine="720"/>
        <w:jc w:val="both"/>
        <w:rPr>
          <w:b/>
          <w:sz w:val="28"/>
          <w:lang w:val="vi-VN"/>
        </w:rPr>
      </w:pPr>
      <w:r w:rsidRPr="004C3941">
        <w:rPr>
          <w:b/>
          <w:sz w:val="28"/>
          <w:lang w:val="vi-VN"/>
        </w:rPr>
        <w:t xml:space="preserve">3. </w:t>
      </w:r>
      <w:r w:rsidR="00215DB0" w:rsidRPr="004C3941">
        <w:rPr>
          <w:b/>
          <w:sz w:val="28"/>
          <w:lang w:val="vi-VN"/>
        </w:rPr>
        <w:t xml:space="preserve">Kính đề nghị </w:t>
      </w:r>
      <w:r w:rsidRPr="004C3941">
        <w:rPr>
          <w:b/>
          <w:sz w:val="28"/>
          <w:lang w:val="vi-VN"/>
        </w:rPr>
        <w:t>Ủy ban MTTQ và các tổ chức đoàn thể xã</w:t>
      </w:r>
    </w:p>
    <w:p w14:paraId="43B4530C" w14:textId="77777777" w:rsidR="00CF2BAC" w:rsidRPr="004C3941" w:rsidRDefault="00CF2BAC" w:rsidP="00E632C3">
      <w:pPr>
        <w:spacing w:after="0"/>
        <w:ind w:firstLine="720"/>
        <w:jc w:val="both"/>
        <w:rPr>
          <w:bCs/>
          <w:sz w:val="28"/>
          <w:lang w:val="vi-VN"/>
        </w:rPr>
      </w:pPr>
      <w:r w:rsidRPr="004C3941">
        <w:rPr>
          <w:bCs/>
          <w:sz w:val="28"/>
          <w:lang w:val="vi-VN"/>
        </w:rPr>
        <w:t>Tăng cường tuyên truyền, vận động đoàn viên, hội viên và Nhân dân tích cực tham gia xây dựng nông thôn mới; lựa chọn những nội dung cụ thể, thiết thực để đăng ký đảm nhận, góp phần hoàn thành các tiêu chí.</w:t>
      </w:r>
    </w:p>
    <w:p w14:paraId="77E2CA20" w14:textId="77777777" w:rsidR="00CF2BAC" w:rsidRPr="004C3941" w:rsidRDefault="00CF2BAC" w:rsidP="00E632C3">
      <w:pPr>
        <w:spacing w:after="0"/>
        <w:ind w:firstLine="720"/>
        <w:jc w:val="both"/>
        <w:rPr>
          <w:b/>
          <w:sz w:val="28"/>
          <w:lang w:val="vi-VN"/>
        </w:rPr>
      </w:pPr>
      <w:r w:rsidRPr="004C3941">
        <w:rPr>
          <w:b/>
          <w:sz w:val="28"/>
          <w:lang w:val="vi-VN"/>
        </w:rPr>
        <w:t>4. Văn phòng HĐND và UBND xã</w:t>
      </w:r>
    </w:p>
    <w:p w14:paraId="52711480" w14:textId="77777777" w:rsidR="00CF2BAC" w:rsidRPr="004C3941" w:rsidRDefault="00CF2BAC" w:rsidP="00E632C3">
      <w:pPr>
        <w:spacing w:after="0"/>
        <w:ind w:firstLine="720"/>
        <w:jc w:val="both"/>
        <w:rPr>
          <w:bCs/>
          <w:sz w:val="28"/>
          <w:lang w:val="vi-VN"/>
        </w:rPr>
      </w:pPr>
      <w:r w:rsidRPr="004C3941">
        <w:rPr>
          <w:bCs/>
          <w:sz w:val="28"/>
          <w:lang w:val="vi-VN"/>
        </w:rPr>
        <w:t>Theo dõi, tổng hợp tình hình thực hiện các nhiệm vụ; tham mưu UBND xã đôn đốc các bộ phận, đơn vị, các thôn thực hiện kết luận Hội nghị; tổng hợp kết quả, báo cáo lãnh đạo UBND xã theo quy định.</w:t>
      </w:r>
    </w:p>
    <w:p w14:paraId="572C5B79" w14:textId="77777777" w:rsidR="00CF2BAC" w:rsidRPr="004C3941" w:rsidRDefault="00CF2BAC" w:rsidP="00E632C3">
      <w:pPr>
        <w:spacing w:after="0"/>
        <w:ind w:firstLine="720"/>
        <w:jc w:val="both"/>
        <w:rPr>
          <w:b/>
          <w:sz w:val="28"/>
          <w:lang w:val="vi-VN"/>
        </w:rPr>
      </w:pPr>
      <w:r w:rsidRPr="004C3941">
        <w:rPr>
          <w:b/>
          <w:sz w:val="28"/>
          <w:lang w:val="vi-VN"/>
        </w:rPr>
        <w:t>IV. TỔ CHỨC THỰC HIỆN</w:t>
      </w:r>
    </w:p>
    <w:p w14:paraId="5BBE1D27" w14:textId="170F5850" w:rsidR="00CF2BAC" w:rsidRPr="004C3941" w:rsidRDefault="00CF2BAC" w:rsidP="00E632C3">
      <w:pPr>
        <w:spacing w:after="0"/>
        <w:ind w:firstLine="720"/>
        <w:jc w:val="both"/>
        <w:rPr>
          <w:bCs/>
          <w:sz w:val="28"/>
          <w:lang w:val="vi-VN"/>
        </w:rPr>
      </w:pPr>
      <w:r w:rsidRPr="004C3941">
        <w:rPr>
          <w:bCs/>
          <w:sz w:val="28"/>
          <w:lang w:val="vi-VN"/>
        </w:rPr>
        <w:t xml:space="preserve">Yêu cầu các đồng chí thành viên Ban Chỉ đạo xây dựng </w:t>
      </w:r>
      <w:r w:rsidR="00182D25" w:rsidRPr="004C3941">
        <w:rPr>
          <w:bCs/>
          <w:sz w:val="28"/>
          <w:lang w:val="vi-VN"/>
        </w:rPr>
        <w:t>Các chương trình m</w:t>
      </w:r>
      <w:r w:rsidR="007F288C" w:rsidRPr="00343AF7">
        <w:rPr>
          <w:bCs/>
          <w:sz w:val="28"/>
          <w:lang w:val="vi-VN"/>
        </w:rPr>
        <w:t>ụ</w:t>
      </w:r>
      <w:r w:rsidR="00182D25" w:rsidRPr="004C3941">
        <w:rPr>
          <w:bCs/>
          <w:sz w:val="28"/>
          <w:lang w:val="vi-VN"/>
        </w:rPr>
        <w:t>c tiêu quốc gia</w:t>
      </w:r>
      <w:r w:rsidRPr="004C3941">
        <w:rPr>
          <w:bCs/>
          <w:sz w:val="28"/>
          <w:lang w:val="vi-VN"/>
        </w:rPr>
        <w:t>, cán bộ, công chức chuyên môn, trưởng các thôn và các cơ quan, đơn vị liên quan nghiêm túc triển khai thực hiện các nội dung kết luận nêu trên.</w:t>
      </w:r>
    </w:p>
    <w:p w14:paraId="27714619" w14:textId="77777777" w:rsidR="00CF2BAC" w:rsidRPr="004C3941" w:rsidRDefault="00CF2BAC" w:rsidP="00E632C3">
      <w:pPr>
        <w:spacing w:after="0"/>
        <w:ind w:firstLine="720"/>
        <w:jc w:val="both"/>
        <w:rPr>
          <w:bCs/>
          <w:sz w:val="28"/>
          <w:lang w:val="vi-VN"/>
        </w:rPr>
      </w:pPr>
      <w:r w:rsidRPr="004C3941">
        <w:rPr>
          <w:bCs/>
          <w:sz w:val="28"/>
          <w:lang w:val="vi-VN"/>
        </w:rPr>
        <w:t>Trong quá trình thực hiện, nếu có khó khăn, vướng mắc, các bộ phận, đơn vị và các thôn kịp thời báo cáo UBND xã để xem xét, chỉ đạo giải quyết.</w:t>
      </w:r>
    </w:p>
    <w:p w14:paraId="3F9AFA42" w14:textId="5BE594E1" w:rsidR="00CF2BAC" w:rsidRPr="004C3941" w:rsidRDefault="00CF2BAC" w:rsidP="00E632C3">
      <w:pPr>
        <w:spacing w:after="0"/>
        <w:ind w:firstLine="720"/>
        <w:jc w:val="both"/>
        <w:rPr>
          <w:bCs/>
          <w:sz w:val="28"/>
          <w:lang w:val="vi-VN"/>
        </w:rPr>
      </w:pPr>
      <w:r w:rsidRPr="004C3941">
        <w:rPr>
          <w:bCs/>
          <w:sz w:val="28"/>
          <w:lang w:val="vi-VN"/>
        </w:rPr>
        <w:t>UBND xã yêu cầu các đơn vị, các thôn xác định xây dựng nông thôn mới là nhiệm vụ thường xuyên, lâu dài; phải thực hiện thực chất, lấy người dân làm chủ thể, không chạy theo thành tích; tập trung nâng cao chất lượng đời sống Nhân dân, xây dựng cảnh quan môi trường sáng - xanh - sạch - đẹp và phát triển kinh tế bền vững.</w:t>
      </w:r>
      <w:r w:rsidR="00B14A56" w:rsidRPr="004C3941">
        <w:rPr>
          <w:bCs/>
          <w:sz w:val="28"/>
          <w:lang w:val="vi-VN"/>
        </w:rPr>
        <w:t>/.</w:t>
      </w:r>
    </w:p>
    <w:tbl>
      <w:tblPr>
        <w:tblW w:w="0" w:type="auto"/>
        <w:tblLook w:val="01E0" w:firstRow="1" w:lastRow="1" w:firstColumn="1" w:lastColumn="1" w:noHBand="0" w:noVBand="0"/>
      </w:tblPr>
      <w:tblGrid>
        <w:gridCol w:w="4434"/>
        <w:gridCol w:w="4920"/>
      </w:tblGrid>
      <w:tr w:rsidR="001D70C0" w:rsidRPr="00F53EEB" w14:paraId="228C6A05" w14:textId="77777777" w:rsidTr="00977CA6">
        <w:tc>
          <w:tcPr>
            <w:tcW w:w="4434" w:type="dxa"/>
          </w:tcPr>
          <w:p w14:paraId="45FFA71C" w14:textId="77777777" w:rsidR="001D70C0" w:rsidRPr="00F53EEB" w:rsidRDefault="001D70C0" w:rsidP="00B14A56">
            <w:pPr>
              <w:spacing w:after="0" w:line="240" w:lineRule="auto"/>
              <w:jc w:val="both"/>
              <w:rPr>
                <w:b/>
                <w:i/>
                <w:sz w:val="24"/>
                <w:szCs w:val="24"/>
                <w:lang w:val="vi-VN"/>
              </w:rPr>
            </w:pPr>
            <w:r w:rsidRPr="00F53EEB">
              <w:rPr>
                <w:b/>
                <w:i/>
                <w:sz w:val="24"/>
                <w:szCs w:val="24"/>
                <w:lang w:val="nl-NL"/>
              </w:rPr>
              <w:t>Nơi nhận:</w:t>
            </w:r>
          </w:p>
          <w:p w14:paraId="64F9B176" w14:textId="79B23DF4" w:rsidR="001D70C0" w:rsidRPr="00F53EEB" w:rsidRDefault="001D70C0" w:rsidP="00B14A56">
            <w:pPr>
              <w:spacing w:after="0" w:line="240" w:lineRule="auto"/>
              <w:jc w:val="both"/>
              <w:rPr>
                <w:b/>
                <w:i/>
                <w:sz w:val="24"/>
                <w:szCs w:val="24"/>
                <w:lang w:val="nl-NL"/>
              </w:rPr>
            </w:pPr>
            <w:r w:rsidRPr="00F53EEB">
              <w:rPr>
                <w:b/>
                <w:iCs/>
                <w:sz w:val="22"/>
                <w:lang w:val="nl-NL"/>
              </w:rPr>
              <w:t xml:space="preserve">- </w:t>
            </w:r>
            <w:r w:rsidRPr="00F53EEB">
              <w:rPr>
                <w:iCs/>
                <w:sz w:val="22"/>
                <w:lang w:val="nl-NL"/>
              </w:rPr>
              <w:t>Thường trực ĐU, HĐND;</w:t>
            </w:r>
          </w:p>
          <w:p w14:paraId="5A19ED28" w14:textId="77777777" w:rsidR="001D70C0" w:rsidRPr="00F53EEB" w:rsidRDefault="001D70C0" w:rsidP="00B14A56">
            <w:pPr>
              <w:spacing w:after="0" w:line="240" w:lineRule="auto"/>
              <w:jc w:val="both"/>
              <w:rPr>
                <w:iCs/>
                <w:sz w:val="22"/>
                <w:lang w:val="nl-NL"/>
              </w:rPr>
            </w:pPr>
            <w:r w:rsidRPr="00F53EEB">
              <w:rPr>
                <w:iCs/>
                <w:sz w:val="22"/>
                <w:lang w:val="nl-NL"/>
              </w:rPr>
              <w:t>- Chủ tịch, các phó CT.UBND xã;</w:t>
            </w:r>
          </w:p>
          <w:p w14:paraId="2FAC09F3" w14:textId="77777777" w:rsidR="001D70C0" w:rsidRPr="00F53EEB" w:rsidRDefault="001D70C0" w:rsidP="00B14A56">
            <w:pPr>
              <w:spacing w:after="0" w:line="240" w:lineRule="auto"/>
              <w:jc w:val="both"/>
              <w:rPr>
                <w:iCs/>
                <w:sz w:val="22"/>
                <w:lang w:val="nl-NL"/>
              </w:rPr>
            </w:pPr>
            <w:r w:rsidRPr="00F53EEB">
              <w:rPr>
                <w:iCs/>
                <w:sz w:val="22"/>
                <w:lang w:val="nl-NL"/>
              </w:rPr>
              <w:t>- Trưởng các phòng, ngành xã;</w:t>
            </w:r>
          </w:p>
          <w:p w14:paraId="760670C3" w14:textId="77777777" w:rsidR="001D70C0" w:rsidRPr="00F53EEB" w:rsidRDefault="001D70C0" w:rsidP="00B14A56">
            <w:pPr>
              <w:spacing w:after="0" w:line="240" w:lineRule="auto"/>
              <w:jc w:val="both"/>
              <w:rPr>
                <w:iCs/>
                <w:sz w:val="22"/>
                <w:lang w:val="nl-NL"/>
              </w:rPr>
            </w:pPr>
            <w:r w:rsidRPr="00F53EEB">
              <w:rPr>
                <w:iCs/>
                <w:sz w:val="22"/>
                <w:lang w:val="nl-NL"/>
              </w:rPr>
              <w:t>- Các đơn vị có liên quan;</w:t>
            </w:r>
          </w:p>
          <w:p w14:paraId="7020DF99" w14:textId="77777777" w:rsidR="001D70C0" w:rsidRPr="00F53EEB" w:rsidRDefault="001D70C0" w:rsidP="00B14A56">
            <w:pPr>
              <w:tabs>
                <w:tab w:val="left" w:pos="0"/>
              </w:tabs>
              <w:spacing w:after="0" w:line="240" w:lineRule="auto"/>
              <w:jc w:val="both"/>
            </w:pPr>
            <w:r w:rsidRPr="00F53EEB">
              <w:rPr>
                <w:iCs/>
                <w:sz w:val="22"/>
              </w:rPr>
              <w:t>- Lưu:</w:t>
            </w:r>
            <w:r w:rsidRPr="00F53EEB">
              <w:rPr>
                <w:sz w:val="22"/>
              </w:rPr>
              <w:t xml:space="preserve"> VT.</w:t>
            </w:r>
          </w:p>
        </w:tc>
        <w:tc>
          <w:tcPr>
            <w:tcW w:w="4920" w:type="dxa"/>
          </w:tcPr>
          <w:p w14:paraId="382EED0A" w14:textId="77777777" w:rsidR="001D70C0" w:rsidRPr="00F53EEB" w:rsidRDefault="001D70C0" w:rsidP="00B14A56">
            <w:pPr>
              <w:spacing w:after="0" w:line="240" w:lineRule="auto"/>
              <w:jc w:val="center"/>
              <w:rPr>
                <w:b/>
                <w:sz w:val="28"/>
                <w:szCs w:val="28"/>
              </w:rPr>
            </w:pPr>
            <w:r w:rsidRPr="00F53EEB">
              <w:rPr>
                <w:b/>
                <w:sz w:val="28"/>
                <w:szCs w:val="28"/>
              </w:rPr>
              <w:t>TL. CHỦ TỊCH</w:t>
            </w:r>
          </w:p>
          <w:p w14:paraId="7B48673B" w14:textId="77777777" w:rsidR="001D70C0" w:rsidRPr="00F53EEB" w:rsidRDefault="001D70C0" w:rsidP="00B14A56">
            <w:pPr>
              <w:spacing w:after="0" w:line="240" w:lineRule="auto"/>
              <w:jc w:val="center"/>
              <w:rPr>
                <w:b/>
                <w:sz w:val="28"/>
                <w:szCs w:val="28"/>
              </w:rPr>
            </w:pPr>
            <w:r w:rsidRPr="00F53EEB">
              <w:rPr>
                <w:b/>
                <w:sz w:val="28"/>
                <w:szCs w:val="28"/>
              </w:rPr>
              <w:t>CHÁNH VĂN PHÒNG</w:t>
            </w:r>
          </w:p>
          <w:p w14:paraId="23AD3108" w14:textId="77777777" w:rsidR="001D70C0" w:rsidRPr="00F53EEB" w:rsidRDefault="001D70C0" w:rsidP="00B14A56">
            <w:pPr>
              <w:spacing w:after="0" w:line="240" w:lineRule="auto"/>
              <w:jc w:val="center"/>
              <w:rPr>
                <w:b/>
                <w:sz w:val="28"/>
                <w:szCs w:val="28"/>
              </w:rPr>
            </w:pPr>
          </w:p>
          <w:p w14:paraId="463EB747" w14:textId="77777777" w:rsidR="001D70C0" w:rsidRPr="00F53EEB" w:rsidRDefault="001D70C0" w:rsidP="00B14A56">
            <w:pPr>
              <w:spacing w:after="0" w:line="240" w:lineRule="auto"/>
              <w:jc w:val="center"/>
              <w:rPr>
                <w:b/>
                <w:sz w:val="28"/>
                <w:szCs w:val="28"/>
              </w:rPr>
            </w:pPr>
          </w:p>
          <w:p w14:paraId="48B4E2C8" w14:textId="77777777" w:rsidR="0087619A" w:rsidRDefault="0087619A" w:rsidP="00B14A56">
            <w:pPr>
              <w:spacing w:after="0" w:line="240" w:lineRule="auto"/>
              <w:jc w:val="center"/>
              <w:rPr>
                <w:b/>
                <w:sz w:val="28"/>
                <w:szCs w:val="28"/>
              </w:rPr>
            </w:pPr>
          </w:p>
          <w:p w14:paraId="7EDB1638" w14:textId="77777777" w:rsidR="00B04977" w:rsidRDefault="00B04977" w:rsidP="00B14A56">
            <w:pPr>
              <w:spacing w:after="0" w:line="240" w:lineRule="auto"/>
              <w:jc w:val="center"/>
              <w:rPr>
                <w:b/>
                <w:sz w:val="28"/>
                <w:szCs w:val="28"/>
              </w:rPr>
            </w:pPr>
          </w:p>
          <w:p w14:paraId="5FF07E67" w14:textId="77777777" w:rsidR="00B04977" w:rsidRPr="00F53EEB" w:rsidRDefault="00B04977" w:rsidP="00B14A56">
            <w:pPr>
              <w:spacing w:after="0" w:line="240" w:lineRule="auto"/>
              <w:jc w:val="center"/>
              <w:rPr>
                <w:b/>
                <w:sz w:val="28"/>
                <w:szCs w:val="28"/>
              </w:rPr>
            </w:pPr>
          </w:p>
          <w:p w14:paraId="16D5D1FD" w14:textId="77777777" w:rsidR="0087619A" w:rsidRDefault="0087619A" w:rsidP="00B14A56">
            <w:pPr>
              <w:spacing w:after="0" w:line="240" w:lineRule="auto"/>
              <w:jc w:val="center"/>
              <w:rPr>
                <w:b/>
                <w:sz w:val="28"/>
                <w:szCs w:val="28"/>
                <w:lang w:val="vi-VN"/>
              </w:rPr>
            </w:pPr>
          </w:p>
          <w:p w14:paraId="3565EEF1" w14:textId="77777777" w:rsidR="001D70C0" w:rsidRPr="00F53EEB" w:rsidRDefault="001D70C0" w:rsidP="00B14A56">
            <w:pPr>
              <w:spacing w:after="0" w:line="240" w:lineRule="auto"/>
              <w:jc w:val="center"/>
              <w:rPr>
                <w:b/>
              </w:rPr>
            </w:pPr>
            <w:r w:rsidRPr="00F53EEB">
              <w:rPr>
                <w:b/>
                <w:sz w:val="28"/>
                <w:szCs w:val="28"/>
              </w:rPr>
              <w:t>Nguyễn Văn Hóa</w:t>
            </w:r>
          </w:p>
        </w:tc>
      </w:tr>
    </w:tbl>
    <w:p w14:paraId="53CEE62B" w14:textId="1E4C7B0C" w:rsidR="002E7A2B" w:rsidRDefault="002E7A2B" w:rsidP="00B14A56">
      <w:pPr>
        <w:spacing w:after="0" w:line="240" w:lineRule="auto"/>
      </w:pPr>
    </w:p>
    <w:sectPr w:rsidR="002E7A2B" w:rsidSect="003049F6">
      <w:headerReference w:type="default" r:id="rId8"/>
      <w:pgSz w:w="11906" w:h="16838"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7E3C3" w14:textId="77777777" w:rsidR="00ED1AC7" w:rsidRDefault="00ED1AC7" w:rsidP="00201B5A">
      <w:pPr>
        <w:spacing w:after="0" w:line="240" w:lineRule="auto"/>
      </w:pPr>
      <w:r>
        <w:separator/>
      </w:r>
    </w:p>
  </w:endnote>
  <w:endnote w:type="continuationSeparator" w:id="0">
    <w:p w14:paraId="22B487B0" w14:textId="77777777" w:rsidR="00ED1AC7" w:rsidRDefault="00ED1AC7" w:rsidP="00201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FE717" w14:textId="77777777" w:rsidR="00ED1AC7" w:rsidRDefault="00ED1AC7" w:rsidP="00201B5A">
      <w:pPr>
        <w:spacing w:after="0" w:line="240" w:lineRule="auto"/>
      </w:pPr>
      <w:r>
        <w:separator/>
      </w:r>
    </w:p>
  </w:footnote>
  <w:footnote w:type="continuationSeparator" w:id="0">
    <w:p w14:paraId="23EE60BC" w14:textId="77777777" w:rsidR="00ED1AC7" w:rsidRDefault="00ED1AC7" w:rsidP="00201B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2818289"/>
      <w:docPartObj>
        <w:docPartGallery w:val="Page Numbers (Top of Page)"/>
        <w:docPartUnique/>
      </w:docPartObj>
    </w:sdtPr>
    <w:sdtContent>
      <w:p w14:paraId="5F1555CC" w14:textId="7693EFF6" w:rsidR="00201B5A" w:rsidRDefault="00201B5A">
        <w:pPr>
          <w:pStyle w:val="Header"/>
          <w:jc w:val="center"/>
        </w:pPr>
        <w:r>
          <w:fldChar w:fldCharType="begin"/>
        </w:r>
        <w:r>
          <w:instrText>PAGE   \* MERGEFORMAT</w:instrText>
        </w:r>
        <w:r>
          <w:fldChar w:fldCharType="separate"/>
        </w:r>
        <w:r>
          <w:rPr>
            <w:lang w:val="vi-VN"/>
          </w:rPr>
          <w:t>2</w:t>
        </w:r>
        <w:r>
          <w:fldChar w:fldCharType="end"/>
        </w:r>
      </w:p>
    </w:sdtContent>
  </w:sdt>
  <w:p w14:paraId="20D2407C" w14:textId="77777777" w:rsidR="00201B5A" w:rsidRDefault="00201B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9F6467"/>
    <w:multiLevelType w:val="multilevel"/>
    <w:tmpl w:val="036E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277836"/>
    <w:multiLevelType w:val="multilevel"/>
    <w:tmpl w:val="E506A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570EDD"/>
    <w:multiLevelType w:val="multilevel"/>
    <w:tmpl w:val="E716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5929CF"/>
    <w:multiLevelType w:val="multilevel"/>
    <w:tmpl w:val="41AA6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243A72"/>
    <w:multiLevelType w:val="multilevel"/>
    <w:tmpl w:val="ACCCA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DF6AB2"/>
    <w:multiLevelType w:val="multilevel"/>
    <w:tmpl w:val="EEF4C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20754C"/>
    <w:multiLevelType w:val="multilevel"/>
    <w:tmpl w:val="7580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1093586">
    <w:abstractNumId w:val="8"/>
  </w:num>
  <w:num w:numId="2" w16cid:durableId="211818598">
    <w:abstractNumId w:val="6"/>
  </w:num>
  <w:num w:numId="3" w16cid:durableId="1888101926">
    <w:abstractNumId w:val="5"/>
  </w:num>
  <w:num w:numId="4" w16cid:durableId="1189030675">
    <w:abstractNumId w:val="4"/>
  </w:num>
  <w:num w:numId="5" w16cid:durableId="216671547">
    <w:abstractNumId w:val="7"/>
  </w:num>
  <w:num w:numId="6" w16cid:durableId="271480310">
    <w:abstractNumId w:val="3"/>
  </w:num>
  <w:num w:numId="7" w16cid:durableId="1870102344">
    <w:abstractNumId w:val="2"/>
  </w:num>
  <w:num w:numId="8" w16cid:durableId="430515179">
    <w:abstractNumId w:val="1"/>
  </w:num>
  <w:num w:numId="9" w16cid:durableId="1494952808">
    <w:abstractNumId w:val="0"/>
  </w:num>
  <w:num w:numId="10" w16cid:durableId="174350677">
    <w:abstractNumId w:val="14"/>
  </w:num>
  <w:num w:numId="11" w16cid:durableId="693772369">
    <w:abstractNumId w:val="10"/>
  </w:num>
  <w:num w:numId="12" w16cid:durableId="1138842539">
    <w:abstractNumId w:val="15"/>
  </w:num>
  <w:num w:numId="13" w16cid:durableId="1730231168">
    <w:abstractNumId w:val="9"/>
  </w:num>
  <w:num w:numId="14" w16cid:durableId="990207775">
    <w:abstractNumId w:val="12"/>
  </w:num>
  <w:num w:numId="15" w16cid:durableId="1115834081">
    <w:abstractNumId w:val="13"/>
  </w:num>
  <w:num w:numId="16" w16cid:durableId="6781943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595"/>
    <w:rsid w:val="00022224"/>
    <w:rsid w:val="00034616"/>
    <w:rsid w:val="00037630"/>
    <w:rsid w:val="00044F53"/>
    <w:rsid w:val="00045BD2"/>
    <w:rsid w:val="0005188C"/>
    <w:rsid w:val="00055595"/>
    <w:rsid w:val="00057870"/>
    <w:rsid w:val="0006063C"/>
    <w:rsid w:val="00064934"/>
    <w:rsid w:val="00064F4A"/>
    <w:rsid w:val="000754B2"/>
    <w:rsid w:val="00084B6A"/>
    <w:rsid w:val="000A250E"/>
    <w:rsid w:val="000B77A9"/>
    <w:rsid w:val="000C57B7"/>
    <w:rsid w:val="000E0C3D"/>
    <w:rsid w:val="000F46E4"/>
    <w:rsid w:val="00103FB1"/>
    <w:rsid w:val="00113F08"/>
    <w:rsid w:val="00115503"/>
    <w:rsid w:val="00116915"/>
    <w:rsid w:val="00123943"/>
    <w:rsid w:val="001369AA"/>
    <w:rsid w:val="0015074B"/>
    <w:rsid w:val="0015506C"/>
    <w:rsid w:val="00166195"/>
    <w:rsid w:val="00177F71"/>
    <w:rsid w:val="00181083"/>
    <w:rsid w:val="00182D25"/>
    <w:rsid w:val="00183239"/>
    <w:rsid w:val="00190FFF"/>
    <w:rsid w:val="00192D2A"/>
    <w:rsid w:val="001C1164"/>
    <w:rsid w:val="001C556F"/>
    <w:rsid w:val="001C6907"/>
    <w:rsid w:val="001C7732"/>
    <w:rsid w:val="001D623E"/>
    <w:rsid w:val="001D70C0"/>
    <w:rsid w:val="001E0681"/>
    <w:rsid w:val="001E6C6E"/>
    <w:rsid w:val="001F0366"/>
    <w:rsid w:val="001F7FD1"/>
    <w:rsid w:val="00200670"/>
    <w:rsid w:val="00201B5A"/>
    <w:rsid w:val="00205897"/>
    <w:rsid w:val="00211EBD"/>
    <w:rsid w:val="00215DB0"/>
    <w:rsid w:val="00217D56"/>
    <w:rsid w:val="00220907"/>
    <w:rsid w:val="00237E9E"/>
    <w:rsid w:val="0024789C"/>
    <w:rsid w:val="0026232A"/>
    <w:rsid w:val="00262D63"/>
    <w:rsid w:val="0028002A"/>
    <w:rsid w:val="002821A7"/>
    <w:rsid w:val="00287634"/>
    <w:rsid w:val="0029639D"/>
    <w:rsid w:val="002B12F1"/>
    <w:rsid w:val="002B1D35"/>
    <w:rsid w:val="002D32B2"/>
    <w:rsid w:val="002D5441"/>
    <w:rsid w:val="002E7A2B"/>
    <w:rsid w:val="00301B9C"/>
    <w:rsid w:val="003049F6"/>
    <w:rsid w:val="00326F90"/>
    <w:rsid w:val="003276BD"/>
    <w:rsid w:val="00332797"/>
    <w:rsid w:val="003350D4"/>
    <w:rsid w:val="00343AF7"/>
    <w:rsid w:val="00346991"/>
    <w:rsid w:val="00352330"/>
    <w:rsid w:val="00352772"/>
    <w:rsid w:val="00363D40"/>
    <w:rsid w:val="00366C70"/>
    <w:rsid w:val="00373804"/>
    <w:rsid w:val="00395571"/>
    <w:rsid w:val="003A1116"/>
    <w:rsid w:val="003A742B"/>
    <w:rsid w:val="003A78A0"/>
    <w:rsid w:val="003E6A18"/>
    <w:rsid w:val="004319BA"/>
    <w:rsid w:val="00435CBD"/>
    <w:rsid w:val="00445BA4"/>
    <w:rsid w:val="00464733"/>
    <w:rsid w:val="0046776B"/>
    <w:rsid w:val="00467BFC"/>
    <w:rsid w:val="00474107"/>
    <w:rsid w:val="00476360"/>
    <w:rsid w:val="00477E6B"/>
    <w:rsid w:val="00491FE4"/>
    <w:rsid w:val="00493AA3"/>
    <w:rsid w:val="004C3941"/>
    <w:rsid w:val="004C621F"/>
    <w:rsid w:val="004D7CE4"/>
    <w:rsid w:val="004E049A"/>
    <w:rsid w:val="004E4387"/>
    <w:rsid w:val="004F4A81"/>
    <w:rsid w:val="004F7780"/>
    <w:rsid w:val="00506A8B"/>
    <w:rsid w:val="00523BDE"/>
    <w:rsid w:val="005348D5"/>
    <w:rsid w:val="00564324"/>
    <w:rsid w:val="0058431F"/>
    <w:rsid w:val="0058558E"/>
    <w:rsid w:val="005864B4"/>
    <w:rsid w:val="00595C1A"/>
    <w:rsid w:val="005A049B"/>
    <w:rsid w:val="005A0EBE"/>
    <w:rsid w:val="005C06CC"/>
    <w:rsid w:val="005C7BEF"/>
    <w:rsid w:val="005D7A1C"/>
    <w:rsid w:val="005E03EA"/>
    <w:rsid w:val="005E151D"/>
    <w:rsid w:val="005E2FAC"/>
    <w:rsid w:val="005E7DB6"/>
    <w:rsid w:val="005F680D"/>
    <w:rsid w:val="006011D3"/>
    <w:rsid w:val="00607E3D"/>
    <w:rsid w:val="00616351"/>
    <w:rsid w:val="006166E4"/>
    <w:rsid w:val="006305F4"/>
    <w:rsid w:val="006321C0"/>
    <w:rsid w:val="0063408B"/>
    <w:rsid w:val="00646F4C"/>
    <w:rsid w:val="006606B1"/>
    <w:rsid w:val="00660B69"/>
    <w:rsid w:val="006631BD"/>
    <w:rsid w:val="006636B6"/>
    <w:rsid w:val="006802E0"/>
    <w:rsid w:val="00685555"/>
    <w:rsid w:val="00687088"/>
    <w:rsid w:val="006A3D3C"/>
    <w:rsid w:val="006C3225"/>
    <w:rsid w:val="006C564E"/>
    <w:rsid w:val="006D16F5"/>
    <w:rsid w:val="006E503A"/>
    <w:rsid w:val="00712640"/>
    <w:rsid w:val="00730D0B"/>
    <w:rsid w:val="007378C4"/>
    <w:rsid w:val="007401E3"/>
    <w:rsid w:val="00755401"/>
    <w:rsid w:val="00756ABB"/>
    <w:rsid w:val="007645D1"/>
    <w:rsid w:val="00766613"/>
    <w:rsid w:val="007816C6"/>
    <w:rsid w:val="007A2440"/>
    <w:rsid w:val="007A762C"/>
    <w:rsid w:val="007C7D52"/>
    <w:rsid w:val="007D4CEE"/>
    <w:rsid w:val="007D7DAE"/>
    <w:rsid w:val="007F288C"/>
    <w:rsid w:val="0082125F"/>
    <w:rsid w:val="00831C42"/>
    <w:rsid w:val="00844D38"/>
    <w:rsid w:val="00857E51"/>
    <w:rsid w:val="008671C2"/>
    <w:rsid w:val="00867DB0"/>
    <w:rsid w:val="0087165D"/>
    <w:rsid w:val="0087619A"/>
    <w:rsid w:val="008815FC"/>
    <w:rsid w:val="008840E5"/>
    <w:rsid w:val="008B00DD"/>
    <w:rsid w:val="008D319F"/>
    <w:rsid w:val="008F56F3"/>
    <w:rsid w:val="008F7730"/>
    <w:rsid w:val="00905611"/>
    <w:rsid w:val="00916906"/>
    <w:rsid w:val="009317B5"/>
    <w:rsid w:val="00943B92"/>
    <w:rsid w:val="00963C59"/>
    <w:rsid w:val="009714D7"/>
    <w:rsid w:val="00977CA6"/>
    <w:rsid w:val="009808BD"/>
    <w:rsid w:val="009842CC"/>
    <w:rsid w:val="00990350"/>
    <w:rsid w:val="00991E38"/>
    <w:rsid w:val="009A4ACC"/>
    <w:rsid w:val="009B053F"/>
    <w:rsid w:val="009B3EFA"/>
    <w:rsid w:val="009C68CE"/>
    <w:rsid w:val="009D20BB"/>
    <w:rsid w:val="009D712A"/>
    <w:rsid w:val="009D7865"/>
    <w:rsid w:val="009E2325"/>
    <w:rsid w:val="009F74A6"/>
    <w:rsid w:val="009F7B4A"/>
    <w:rsid w:val="00A02200"/>
    <w:rsid w:val="00A0664F"/>
    <w:rsid w:val="00A375AD"/>
    <w:rsid w:val="00A42762"/>
    <w:rsid w:val="00A4767A"/>
    <w:rsid w:val="00A51107"/>
    <w:rsid w:val="00A57A7B"/>
    <w:rsid w:val="00A62AB1"/>
    <w:rsid w:val="00A7672C"/>
    <w:rsid w:val="00A84601"/>
    <w:rsid w:val="00A921D4"/>
    <w:rsid w:val="00AA16D4"/>
    <w:rsid w:val="00AA1D8D"/>
    <w:rsid w:val="00AA47E1"/>
    <w:rsid w:val="00AB50AA"/>
    <w:rsid w:val="00AC7EFA"/>
    <w:rsid w:val="00AD3409"/>
    <w:rsid w:val="00AE3BD3"/>
    <w:rsid w:val="00AE787D"/>
    <w:rsid w:val="00AF4176"/>
    <w:rsid w:val="00AF610F"/>
    <w:rsid w:val="00AF779E"/>
    <w:rsid w:val="00AF7E7D"/>
    <w:rsid w:val="00B04977"/>
    <w:rsid w:val="00B14A56"/>
    <w:rsid w:val="00B22FC0"/>
    <w:rsid w:val="00B2494A"/>
    <w:rsid w:val="00B2657B"/>
    <w:rsid w:val="00B27343"/>
    <w:rsid w:val="00B374E0"/>
    <w:rsid w:val="00B40CB3"/>
    <w:rsid w:val="00B47730"/>
    <w:rsid w:val="00B52F2A"/>
    <w:rsid w:val="00B644DA"/>
    <w:rsid w:val="00B67C9E"/>
    <w:rsid w:val="00BA4444"/>
    <w:rsid w:val="00BB39A5"/>
    <w:rsid w:val="00BC6F03"/>
    <w:rsid w:val="00BD3171"/>
    <w:rsid w:val="00BD771F"/>
    <w:rsid w:val="00BE0A56"/>
    <w:rsid w:val="00BE4320"/>
    <w:rsid w:val="00BF12B3"/>
    <w:rsid w:val="00BF41BC"/>
    <w:rsid w:val="00BF58CA"/>
    <w:rsid w:val="00C03037"/>
    <w:rsid w:val="00C24119"/>
    <w:rsid w:val="00C25A5D"/>
    <w:rsid w:val="00C26B61"/>
    <w:rsid w:val="00C2795D"/>
    <w:rsid w:val="00C32A29"/>
    <w:rsid w:val="00C35CF5"/>
    <w:rsid w:val="00C4046D"/>
    <w:rsid w:val="00C40AAA"/>
    <w:rsid w:val="00C40F20"/>
    <w:rsid w:val="00C41FFA"/>
    <w:rsid w:val="00C65817"/>
    <w:rsid w:val="00C7082A"/>
    <w:rsid w:val="00C710A2"/>
    <w:rsid w:val="00C73A31"/>
    <w:rsid w:val="00C80BDA"/>
    <w:rsid w:val="00C862E9"/>
    <w:rsid w:val="00C91DE4"/>
    <w:rsid w:val="00C948ED"/>
    <w:rsid w:val="00CA5216"/>
    <w:rsid w:val="00CB0664"/>
    <w:rsid w:val="00CB1504"/>
    <w:rsid w:val="00CF2BAC"/>
    <w:rsid w:val="00CF6015"/>
    <w:rsid w:val="00D06257"/>
    <w:rsid w:val="00D105E5"/>
    <w:rsid w:val="00D134BD"/>
    <w:rsid w:val="00D13803"/>
    <w:rsid w:val="00D141F0"/>
    <w:rsid w:val="00D17DB2"/>
    <w:rsid w:val="00D304F1"/>
    <w:rsid w:val="00D31698"/>
    <w:rsid w:val="00D56DBD"/>
    <w:rsid w:val="00DA46EE"/>
    <w:rsid w:val="00DA4F7A"/>
    <w:rsid w:val="00DB3F32"/>
    <w:rsid w:val="00DB4F97"/>
    <w:rsid w:val="00DB512F"/>
    <w:rsid w:val="00DB725D"/>
    <w:rsid w:val="00E038F6"/>
    <w:rsid w:val="00E03CFF"/>
    <w:rsid w:val="00E135A1"/>
    <w:rsid w:val="00E4187C"/>
    <w:rsid w:val="00E445BF"/>
    <w:rsid w:val="00E51CD6"/>
    <w:rsid w:val="00E632C3"/>
    <w:rsid w:val="00E70978"/>
    <w:rsid w:val="00E7109A"/>
    <w:rsid w:val="00E9369F"/>
    <w:rsid w:val="00E960F0"/>
    <w:rsid w:val="00EA4ABB"/>
    <w:rsid w:val="00ED1AC7"/>
    <w:rsid w:val="00EE709C"/>
    <w:rsid w:val="00EF1467"/>
    <w:rsid w:val="00F325D2"/>
    <w:rsid w:val="00F41D5C"/>
    <w:rsid w:val="00F4389E"/>
    <w:rsid w:val="00F454F6"/>
    <w:rsid w:val="00F53EEB"/>
    <w:rsid w:val="00F62597"/>
    <w:rsid w:val="00F62EFF"/>
    <w:rsid w:val="00F6353E"/>
    <w:rsid w:val="00F679F9"/>
    <w:rsid w:val="00F80435"/>
    <w:rsid w:val="00F82A13"/>
    <w:rsid w:val="00F84504"/>
    <w:rsid w:val="00FA14D3"/>
    <w:rsid w:val="00FA1E2C"/>
    <w:rsid w:val="00FB68B5"/>
    <w:rsid w:val="00FB6B36"/>
    <w:rsid w:val="00FC693F"/>
    <w:rsid w:val="00FE4473"/>
    <w:rsid w:val="00FF129C"/>
    <w:rsid w:val="00FF33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E7578C"/>
  <w14:defaultImageDpi w14:val="300"/>
  <w15:docId w15:val="{D09D52AC-E6DE-4159-A5C5-3359BD06C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Pages>
  <Words>1272</Words>
  <Characters>7254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hoa nguyen</cp:lastModifiedBy>
  <cp:revision>303</cp:revision>
  <dcterms:created xsi:type="dcterms:W3CDTF">2026-09-24T03:06:00Z</dcterms:created>
  <dcterms:modified xsi:type="dcterms:W3CDTF">2026-10-07T10:07:00Z</dcterms:modified>
  <cp:category/>
</cp:coreProperties>
</file>